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🧑‍🏫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מהדורה למורה – מפתח תשובות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📚 לשון · חט״ב – מהדורה למורה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מפתח לכל 3 המסלולים (רגיל · חנ״מ · עולים) ולכל המשחקים בחוברות התלמיד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רגיל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אות השימוש ב׳ – אות השימוש ב׳. כשהיא באה לפני מילה מיודעת, ה״א הידיעה נבלעת, ותנועתה עוברת אליה: בְּ + הַספרייה = בַּספרייה. הסמיכות רק מזיזה את הה״א ("ספר הילדים"), ולא מעלימה אותה.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השוו בין "הספרייה גדולה" לבין "ישבנו בַּספרייה". מה השתנה במילה עצמה? ← נוספה ב׳ לפניה, והב׳ מנוקדת בפתח (שולל: צורת הרבים, שם התואר)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בצירוף "ספר הילדים" ה״א הידיעה "עברה מילה קדימה". לאן היא עברה? ← אל המילה השנייה – הסומך (שולל: הסמיכות)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מלמד הפתח שמתחת לב׳ ב"בַּספרייה" וב"בַּמדף"? ← שה״א הידיעה "התחבאה" בתנועה: בְּ + הַ = בַּ (שולל: שם התואר)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מאפייה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טבח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בצק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תבנית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מקצוע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פיצחתם! שורש + משקל = מילה חדשה ומלאת ריח.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שורש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הספרייה: הָעִיר → 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פינת הסמיכות: ספרייה ↔ ספריית בית הספר · חדר ↔ חדר המורים · מורה ↔ מורת הכיתה · שמלה ↔ שמלת ערב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המאפייה: טבח ↔ קַטָּל – בעלי מקצוע · מכבסה ↔ מִקְטָלָה – מקום · בצק ↔ קֶטֶל – משקל סגולי · מקצוע ↔ מִקְטוֹל → 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אות הדגש: כף → 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דגש קל: ב׳ בתחילת "בית" · פ׳ בתחילת "פרח" · כ׳ בתחילת "כלב" · ת׳ בתחילת "תמר"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רפה: ב׳ בסוף "חלב" · כ׳ באמצע "רכב" · פ׳ בסוף "כף"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שם עצם: מאפייה · בצק · תנור · שקית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שם תואר: חמים · טרי · ריחני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ספרי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ספרך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ספרו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ספרנו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ספרם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מאיפה כדאי להתחיל? ← לבחור שורש שקשור למשמעות. ההמשך: התלמידים בחרו בשורש ס־מ־ן – כמו סימן, סימון ומסומן.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איזה משקל יתאים? ← מַקְטֵל – כמו מַזְלֵג ומַפְתֵּחַ. ההמשך: יצאה המילה "מַסְמֵן". "נשמע כמו כלי אמיתי!" צחק יואב.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יחליטו? ← מסמנים; מסמן המשימה. ההמשך: התלמידים בדקו: מַזְלֵג – מַזְלְגוֹת, מַפְתֵּחַ – מַפְתְּחוֹת. "אולי גם מסמנות?" שאלה מיקה. הכיתה הצביעה על "מסמנים", ובסמיכות – "מסמן המשימה".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כתוב בשלט? ← "לכל משימה – מסמן משלה!". ההמשך: השלט נשאר עד סוף השנה, ותלמידים מכיתות אחרות התחילו להשתמש במילה. "ככה נולדת שפה," אמרה המורה.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שולחן – הוא אינו במשקל קַטָּל של בעלי מקצוע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מחברת – היא אינה מקום – אף שהיא נראית דומה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הַבַּיִת – ה״א הידיעה בפתח ואחריה דגש, כי ב׳ אינה גרונית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ספרייה – היא בצורת נפרד ולא נסמך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כתר – השורש שלו שונה: כ־ת־ר ולא כ־ת־ב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שהיא כנראה שם של כלי או מכשיר · 2) כי ה״א הידיעה נבלעת אחרי אות השימוש ב · 3) על „הכיתה”, כי בסמיכות היא באה על הסומך · 4) כולן במשקל קַטָּל ומציינות בעלי מקצוע · 5) ספרייה חדש · 6) „בית” היא צורת נסמך שהשתנתה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נכון · 7) לא נכון · 8) נכון · 9) לא נכון · 10)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שורש · (2) משקל · (3) נסמך · (4) סומך · (5) נטיית שם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בהספרייה → בספרייה · הספרנית הנחמד → הספרנית הנחמדה · המדפי ספרים → מדפי הספרים · שלושה ספרים חדשות → שלושה ספרים חדשים · שתיים כרטיסי קורא → שני כרטיסי קורא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חנ״מ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האות ב׳ – האות ב׳! ב + הספרייה = בספרייה. ה״א הידיעה נבלעת. 🎉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האם "ספרייה" ברבים? ← לא, היא ביחיד (שולל: צורת הרבים)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נוסף לפני המילה? ← האות ב׳ (שולל: שם התואר)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בצק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תנור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חלות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כל הכבוד! פיצחתם את צופן המאפייה. 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מילה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ה״א הידיעה: הספר → 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רבים: ספרים → 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שם תואר: טרי → 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סמיכות: חדר מורים → 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הילדים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הלכו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לספרייה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החדשה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שם עצם 📦: תנור · ספר · 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שם תואר 🎨: חם · חדש · גדולה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יוסיפו? ← "ברוכים הבאים". ההמשך: כתבו: "ברוכים הבאים לכיתה ח׳1!" 😊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איזו מילה מתאימה? ← השמחה. ההמשך: כתבו: "הכיתה השמחה שלנו". 🎉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יכתבו על הדלת? ← "חדר משחקים". ההמשך: כתבו: "חדר משחקים". 🎲 זו סמיכות.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🔥 חם – זה שם תואר, לא דבר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ילדה – אין לה ה״א הידיעה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ספר – הוא ביחיד, לא ברבים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כ-ת-ב · 2) ספרים חדשים · 3) על המילה השנייה · 4) כלי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שורש · (2) סמיכות · (3) תואר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בהספרייה → בספרייה · מדפים גבוה → מדפים גבוהים · בהפינה → בפינה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עולים חדשים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כתר – כתר! כתר שמים על הראש. אין בו כתיבה. השורש שלו הוא כ־ת־ר, לא כ־ת־ב.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עושים עם מכתב? ← כותבים ושולחים אותו (שולל: מכתב)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כותבים על המעטפה? ← כתובת (שולל: כתובת)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עושה כתב בעיתון? ← כותב (שולל: כתב)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מכתב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כתובת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אולפן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מאפייה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כל הכבוד! עכשיו אתם קוראים את העיר בעברית.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עברית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כיתת האולפן: כ־ת־ב → 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פינת הרבים: ספר ↔ ספרים · ילדה ↔ ילדות · שולחן ↔ שולחנות · עיר ↔ ערים → 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פינת ה״א: ספר ↔ ספר כלשהו, לא ידוע · הספר ↔ ספר ידוע ומסוים · בספר ↔ בתוך הספר: ב + ה → 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המאפייה: מאפייה → 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הדואר: מכתב → 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כותבת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מכתב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לחברה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כ־ת־ב ✍️: מכתב · כתובת · כותבת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ס־פ־ר 📚: ספר · ספרייה · מספר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יש שם? ← מקום שמסתפרים בו. ההמשך: אנה נכנסת. יש שם כיסאות ומספריים. "אה! כאן מסתפרים!" ✂️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עושים במכבסה? ← מכבסים בגדים. ההמשך: נכון! אנה מביאה לשם את המעיל שלה. 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המילה? ← מאפייה. ההמשך: זו מאפייה! אנה קונה לחמנייה. "עכשיו אני קוראת את העיר," היא צוחקת.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ספר – הוא לא מהשורש כ־ת־ב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מורה – היא לא מקום, היא אדם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ילד – הוא ביחיד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בית – אין לו ה״א הידיעה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כ-ת-ב · 2) כי כבר דיברנו עליה, היא מוכרת · 3) ספרים חדשים · 4) תבנית אחת עוזרת לנחש משמעות · 5) היא מסבירה איזה ארון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אבל · (2) לכן · (3) קודם · (4) עכשיו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בהספרייה → בספרייה · הספרנית הנחמד → הספרנית הנחמדה · שני ספרים חדשות → שני ספרים חדשים · הקריאה השקט → הקריאה השקטה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ה״א הידיעה לפני ח/ה – פתח בלי דגש (הַחַלּוֹן); לפני א/ע/ר – קמץ – לוודא ניסוח בכיתה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משקל המילה "מאפייה" (מַאֲפִיָּה) – הוצגה כמילת מקום הפותחת במ׳, לא כמשקל מדויק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"מסמן" – מילה שהומצאה בסיפור, אינה מילה תקנית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נטיית "ספרך" – בלי ניקוד יכולה להיות זכר או נקבה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דוגמאות המשקלים (מַקְטֵל לכלים, קַטָּל לבעלי מקצוע, קַטֶּלֶת למחלות) – נטייה רווחת ולא כלל מוחלט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תנועת ה״א הידיעה לפני אותיות גרוניות (הָאוֹר, הָעִיר, הֶחָג?) – לוודא דוגמאות בניקוד מלא לפני הדפסה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הסימולציה „ועד המילים” – כפר דמיוני, 1920; אין בה דמויות היסטוריות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📚 לשון · חט״ב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