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לשון · יסודי – עולים חדשים · חוברת תלמיד</w:t>
      </w:r>
    </w:p>
    <w:p>
      <w:pPr>
        <w:bidi/>
        <w:jc w:val="right"/>
      </w:pPr>
      <w:r>
        <w:rPr>
          <w:rFonts w:ascii="Arial" w:hAnsi="Arial" w:cs="Arial"/>
          <w:sz w:val="28"/>
          <w:rtl/>
          <w:szCs w:val="28"/>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מִי הַתַּלְמִידָה הַחֲדָשָׁה?</w:t>
      </w:r>
    </w:p>
    <w:p>
      <w:pPr>
        <w:bidi/>
        <w:jc w:val="right"/>
      </w:pPr>
      <w:r>
        <w:rPr>
          <w:rFonts w:ascii="Arial" w:hAnsi="Arial" w:cs="Arial"/>
          <w:color w:val="555577"/>
          <w:sz w:val="28"/>
          <w:rtl/>
          <w:szCs w:val="28"/>
        </w:rPr>
        <w:t>התיק: עַל מִי כָּתוּב בַּלּוּחַ?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בַּבֹּקֶר כָּתוּב עַל הַלּוּחַ: "הַתַּלְמִידָה הַחֲדָשָׁה הִגִּיעָה מִצָּרְפַת. בְּרוּכָה הַבָּאָה!" מִי הִיא? כֻּלָּם מִסְתַּכְּלִים זֶה עַל זֶה. בַּכִּתָּה יֵשׁ תַּלְמִידִים חֲדָשִׁים. יוֹסֵף הִגִּיעַ מִצָּרְפַת. אֵלָה וְנוֹעָה, שְׁתֵּי אֲחָיוֹת, הִגִּיעוּ מִצָּרְפַת. מַרְיָה הִגִּיעָה מֵאַרְגֶּנְטִינָה. סוֹפִי הִגִּיעָה מִצָּרְפַת. הַמּוֹרָה אוֹמֶרֶת: "קִרְאוּ טוֹב. כָּל אוֹת חֲשׁוּבָה!" הַתַּלְמִידִים קוֹרְאִים שׁוּב.</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החשוד/ה</w:t>
            </w:r>
          </w:p>
        </w:tc>
        <w:tc>
          <w:tcPr>
            <w:tcW w:type="dxa" w:w="2606"/>
            <w:shd w:val="clear" w:fill="E5DBFF"/>
          </w:tcPr>
          <w:p>
            <w:pPr>
              <w:bidi/>
              <w:jc w:val="right"/>
            </w:pPr>
            <w:r>
              <w:rPr>
                <w:rFonts w:ascii="Arial" w:hAnsi="Arial" w:cs="Arial"/>
                <w:b/>
                <w:sz w:val="26"/>
                <w:rtl/>
                <w:szCs w:val="26"/>
                <w:bCs/>
              </w:rPr>
              <w:t>תיאור</w:t>
            </w:r>
          </w:p>
        </w:tc>
        <w:tc>
          <w:tcPr>
            <w:tcW w:type="dxa" w:w="2606"/>
            <w:shd w:val="clear" w:fill="E5DBFF"/>
          </w:tcPr>
          <w:p>
            <w:pPr>
              <w:bidi/>
              <w:jc w:val="right"/>
            </w:pPr>
            <w:r>
              <w:rPr>
                <w:rFonts w:ascii="Arial" w:hAnsi="Arial" w:cs="Arial"/>
                <w:b/>
                <w:sz w:val="26"/>
                <w:rtl/>
                <w:szCs w:val="26"/>
                <w:bCs/>
              </w:rPr>
              <w:t>נשלל/ה? ✖</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יוֹסֵף</w:t>
            </w:r>
          </w:p>
        </w:tc>
        <w:tc>
          <w:tcPr>
            <w:tcW w:type="dxa" w:w="2606"/>
          </w:tcPr>
          <w:p>
            <w:pPr>
              <w:bidi/>
              <w:jc w:val="right"/>
            </w:pPr>
            <w:r>
              <w:rPr>
                <w:rFonts w:ascii="Arial" w:hAnsi="Arial" w:cs="Arial"/>
                <w:sz w:val="26"/>
                <w:rtl/>
                <w:szCs w:val="26"/>
              </w:rPr>
              <w:t>תַּלְמִיד חָדָשׁ</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אֵלָה וְנוֹעָה</w:t>
            </w:r>
          </w:p>
        </w:tc>
        <w:tc>
          <w:tcPr>
            <w:tcW w:type="dxa" w:w="2606"/>
          </w:tcPr>
          <w:p>
            <w:pPr>
              <w:bidi/>
              <w:jc w:val="right"/>
            </w:pPr>
            <w:r>
              <w:rPr>
                <w:rFonts w:ascii="Arial" w:hAnsi="Arial" w:cs="Arial"/>
                <w:sz w:val="26"/>
                <w:rtl/>
                <w:szCs w:val="26"/>
              </w:rPr>
              <w:t>שְׁתֵּי אֲחָיוֹת</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מַרְיָה</w:t>
            </w:r>
          </w:p>
        </w:tc>
        <w:tc>
          <w:tcPr>
            <w:tcW w:type="dxa" w:w="2606"/>
          </w:tcPr>
          <w:p>
            <w:pPr>
              <w:bidi/>
              <w:jc w:val="right"/>
            </w:pPr>
            <w:r>
              <w:rPr>
                <w:rFonts w:ascii="Arial" w:hAnsi="Arial" w:cs="Arial"/>
                <w:sz w:val="26"/>
                <w:rtl/>
                <w:szCs w:val="26"/>
              </w:rPr>
              <w:t>תַּלְמִידָה חֲדָשָׁה</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סוֹפִי</w:t>
            </w:r>
          </w:p>
        </w:tc>
        <w:tc>
          <w:tcPr>
            <w:tcW w:type="dxa" w:w="2606"/>
          </w:tcPr>
          <w:p>
            <w:pPr>
              <w:bidi/>
              <w:jc w:val="right"/>
            </w:pPr>
            <w:r>
              <w:rPr>
                <w:rFonts w:ascii="Arial" w:hAnsi="Arial" w:cs="Arial"/>
                <w:sz w:val="26"/>
                <w:rtl/>
                <w:szCs w:val="26"/>
              </w:rPr>
              <w:t>תַּלְמִידָה חֲדָשָׁה</w:t>
            </w:r>
          </w:p>
        </w:tc>
        <w:tc>
          <w:tcPr>
            <w:tcW w:type="dxa" w:w="2606"/>
          </w:tcPr>
          <w:p>
            <w:pPr>
              <w:bidi/>
              <w:jc w:val="right"/>
            </w:pPr>
            <w:r>
              <w:rPr>
                <w:rFonts w:ascii="Arial" w:hAnsi="Arial" w:cs="Arial"/>
                <w:sz w:val="26"/>
                <w:rtl/>
                <w:szCs w:val="26"/>
              </w:rPr>
              <w:t>☐</w:t>
            </w:r>
          </w:p>
        </w:tc>
      </w:tr>
    </w:tbl>
    <w:p>
      <w:pPr>
        <w:bidi/>
        <w:jc w:val="right"/>
      </w:pPr>
    </w:p>
    <w:p>
      <w:pPr>
        <w:bidi/>
        <w:jc w:val="right"/>
      </w:pPr>
      <w:r>
        <w:rPr>
          <w:rFonts w:ascii="Arial" w:hAnsi="Arial" w:cs="Arial"/>
          <w:b/>
          <w:sz w:val="28"/>
          <w:rtl/>
          <w:szCs w:val="28"/>
          <w:bCs/>
        </w:rPr>
        <w:t>1. "תַּלְמִידָה" – זָכָר אוֹ נְקֵבָה?</w:t>
      </w:r>
    </w:p>
    <w:p>
      <w:pPr>
        <w:bidi/>
        <w:jc w:val="right"/>
      </w:pPr>
      <w:r>
        <w:rPr>
          <w:rFonts w:ascii="Arial" w:hAnsi="Arial" w:cs="Arial"/>
          <w:sz w:val="28"/>
          <w:rtl/>
          <w:szCs w:val="28"/>
        </w:rPr>
        <w:t xml:space="preserve">   ◯ א. זָכָר</w:t>
      </w:r>
    </w:p>
    <w:p>
      <w:pPr>
        <w:bidi/>
        <w:jc w:val="right"/>
      </w:pPr>
      <w:r>
        <w:rPr>
          <w:rFonts w:ascii="Arial" w:hAnsi="Arial" w:cs="Arial"/>
          <w:sz w:val="28"/>
          <w:rtl/>
          <w:szCs w:val="28"/>
        </w:rPr>
        <w:t xml:space="preserve">   ◯ ב. נְקֵבָה</w:t>
      </w:r>
    </w:p>
    <w:p>
      <w:pPr>
        <w:bidi/>
        <w:jc w:val="right"/>
      </w:pPr>
      <w:r>
        <w:rPr>
          <w:rFonts w:ascii="Arial" w:hAnsi="Arial" w:cs="Arial"/>
          <w:sz w:val="28"/>
          <w:rtl/>
          <w:szCs w:val="28"/>
        </w:rPr>
        <w:t xml:space="preserve">   ◯ ג. רַבִּים</w:t>
      </w:r>
    </w:p>
    <w:p>
      <w:pPr>
        <w:bidi/>
        <w:jc w:val="right"/>
      </w:pPr>
      <w:r>
        <w:rPr>
          <w:rFonts w:ascii="Arial" w:hAnsi="Arial" w:cs="Arial"/>
          <w:b/>
          <w:sz w:val="28"/>
          <w:rtl/>
          <w:szCs w:val="28"/>
          <w:bCs/>
        </w:rPr>
        <w:t>2. "הִגִּיעָה" – אַחַת אוֹ שְׁתַּיִם?</w:t>
      </w:r>
    </w:p>
    <w:p>
      <w:pPr>
        <w:bidi/>
        <w:jc w:val="right"/>
      </w:pPr>
      <w:r>
        <w:rPr>
          <w:rFonts w:ascii="Arial" w:hAnsi="Arial" w:cs="Arial"/>
          <w:sz w:val="28"/>
          <w:rtl/>
          <w:szCs w:val="28"/>
        </w:rPr>
        <w:t xml:space="preserve">   ◯ א. שְׁתַּיִם</w:t>
      </w:r>
    </w:p>
    <w:p>
      <w:pPr>
        <w:bidi/>
        <w:jc w:val="right"/>
      </w:pPr>
      <w:r>
        <w:rPr>
          <w:rFonts w:ascii="Arial" w:hAnsi="Arial" w:cs="Arial"/>
          <w:sz w:val="28"/>
          <w:rtl/>
          <w:szCs w:val="28"/>
        </w:rPr>
        <w:t xml:space="preserve">   ◯ ב. הַרְבֵּה</w:t>
      </w:r>
    </w:p>
    <w:p>
      <w:pPr>
        <w:bidi/>
        <w:jc w:val="right"/>
      </w:pPr>
      <w:r>
        <w:rPr>
          <w:rFonts w:ascii="Arial" w:hAnsi="Arial" w:cs="Arial"/>
          <w:sz w:val="28"/>
          <w:rtl/>
          <w:szCs w:val="28"/>
        </w:rPr>
        <w:t xml:space="preserve">   ◯ ג. אַחַת</w:t>
      </w:r>
    </w:p>
    <w:p>
      <w:pPr>
        <w:bidi/>
        <w:jc w:val="right"/>
      </w:pPr>
      <w:r>
        <w:rPr>
          <w:rFonts w:ascii="Arial" w:hAnsi="Arial" w:cs="Arial"/>
          <w:b/>
          <w:sz w:val="28"/>
          <w:rtl/>
          <w:szCs w:val="28"/>
          <w:bCs/>
        </w:rPr>
        <w:t>3. מֵאֵיפֹה הִגִּיעָה הַתַּלְמִידָה?</w:t>
      </w:r>
    </w:p>
    <w:p>
      <w:pPr>
        <w:bidi/>
        <w:jc w:val="right"/>
      </w:pPr>
      <w:r>
        <w:rPr>
          <w:rFonts w:ascii="Arial" w:hAnsi="Arial" w:cs="Arial"/>
          <w:sz w:val="28"/>
          <w:rtl/>
          <w:szCs w:val="28"/>
        </w:rPr>
        <w:t xml:space="preserve">   ◯ א. מִצָּרְפַת</w:t>
      </w:r>
    </w:p>
    <w:p>
      <w:pPr>
        <w:bidi/>
        <w:jc w:val="right"/>
      </w:pPr>
      <w:r>
        <w:rPr>
          <w:rFonts w:ascii="Arial" w:hAnsi="Arial" w:cs="Arial"/>
          <w:sz w:val="28"/>
          <w:rtl/>
          <w:szCs w:val="28"/>
        </w:rPr>
        <w:t xml:space="preserve">   ◯ ב. מֵאַרְגֶּנְטִינָה</w:t>
      </w:r>
    </w:p>
    <w:p>
      <w:pPr>
        <w:bidi/>
        <w:jc w:val="right"/>
      </w:pPr>
      <w:r>
        <w:rPr>
          <w:rFonts w:ascii="Arial" w:hAnsi="Arial" w:cs="Arial"/>
          <w:sz w:val="28"/>
          <w:rtl/>
          <w:szCs w:val="28"/>
        </w:rPr>
        <w:t xml:space="preserve">   ◯ ג. מֵאֶתְיוֹפְּיָה</w:t>
      </w:r>
    </w:p>
    <w:p>
      <w:pPr>
        <w:bidi/>
        <w:jc w:val="right"/>
      </w:pPr>
      <w:r>
        <w:rPr>
          <w:rFonts w:ascii="Arial" w:hAnsi="Arial" w:cs="Arial"/>
          <w:sz w:val="28"/>
          <w:rtl/>
          <w:szCs w:val="28"/>
        </w:rPr>
        <w:t>האשם/ה הוא/היא: ______________________ . הוכחה מהטקסט:</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pStyle w:val="Heading2"/>
        <w:jc w:val="right"/>
      </w:pPr>
      <w:r>
        <w:rPr>
          <w:rFonts w:ascii="Arial" w:hAnsi="Arial" w:cs="Arial"/>
          <w:b/>
          <w:color w:val="6A3FD4"/>
          <w:sz w:val="32"/>
          <w:rtl/>
          <w:szCs w:val="32"/>
          <w:bCs/>
        </w:rPr>
        <w:t>🗝️ צֹפֶן הַתִּיק</w:t>
      </w:r>
    </w:p>
    <w:p>
      <w:pPr>
        <w:bidi/>
        <w:jc w:val="right"/>
      </w:pPr>
      <w:r>
        <w:rPr>
          <w:rFonts w:ascii="Arial" w:hAnsi="Arial" w:cs="Arial"/>
          <w:b/>
          <w:color w:val="6A3FD4"/>
          <w:sz w:val="26"/>
          <w:rtl/>
          <w:szCs w:val="26"/>
          <w:bCs/>
        </w:rPr>
        <w:t>▌ הקטע</w:t>
      </w:r>
    </w:p>
    <w:p>
      <w:pPr>
        <w:bidi/>
        <w:jc w:val="right"/>
      </w:pPr>
      <w:r>
        <w:rPr>
          <w:rFonts w:ascii="Arial" w:hAnsi="Arial" w:cs="Arial"/>
          <w:sz w:val="28"/>
          <w:rtl/>
          <w:szCs w:val="28"/>
        </w:rPr>
        <w:t>שָׁלוֹם! אֲנִי סוֹפִי. זֶה הַתִּיק שֶׁלִּי. בַּתִּיק יֵשׁ מַחְבֶּרֶת וּשְׁנֵי סְפָרִים. הַכִּתָּה שֶׁלִּי גְּדוֹלָה. יֵשׁ בָּהּ לוּחַ וְחַלּוֹן גָּדוֹל. הַמּוֹרָה נֶחְמָדָה. הַתַּלְמִידִים עוֹזְרִים לִי. אֲנִי לוֹמֶדֶת מִלִּים חֲדָשׁוֹת כָּל יוֹם. הַיּוֹם לָמַדְתִּי: "חָבֵר" וְ"חֲבֵרָה". מָחָר אֶלְמַד עוֹד מִלִּים.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w:t>
            </w:r>
          </w:p>
        </w:tc>
        <w:tc>
          <w:tcPr>
            <w:tcW w:type="dxa" w:w="2606"/>
            <w:shd w:val="clear" w:fill="E5DBFF"/>
          </w:tcPr>
          <w:p>
            <w:pPr>
              <w:bidi/>
              <w:jc w:val="right"/>
            </w:pPr>
            <w:r>
              <w:rPr>
                <w:rFonts w:ascii="Arial" w:hAnsi="Arial" w:cs="Arial"/>
                <w:b/>
                <w:sz w:val="26"/>
                <w:rtl/>
                <w:szCs w:val="26"/>
                <w:bCs/>
              </w:rPr>
              <w:t>הצופן</w:t>
            </w:r>
          </w:p>
        </w:tc>
        <w:tc>
          <w:tcPr>
            <w:tcW w:type="dxa" w:w="2606"/>
            <w:shd w:val="clear" w:fill="E5DBFF"/>
          </w:tcPr>
          <w:p>
            <w:pPr>
              <w:bidi/>
              <w:jc w:val="right"/>
            </w:pPr>
            <w:r>
              <w:rPr>
                <w:rFonts w:ascii="Arial" w:hAnsi="Arial" w:cs="Arial"/>
                <w:b/>
                <w:sz w:val="26"/>
                <w:rtl/>
                <w:szCs w:val="26"/>
                <w:bCs/>
              </w:rPr>
              <w:t>רמז</w:t>
            </w:r>
          </w:p>
        </w:tc>
        <w:tc>
          <w:tcPr>
            <w:tcW w:type="dxa" w:w="2606"/>
            <w:shd w:val="clear" w:fill="E5DBFF"/>
          </w:tcPr>
          <w:p>
            <w:pPr>
              <w:bidi/>
              <w:jc w:val="right"/>
            </w:pPr>
            <w:r>
              <w:rPr>
                <w:rFonts w:ascii="Arial" w:hAnsi="Arial" w:cs="Arial"/>
                <w:b/>
                <w:sz w:val="26"/>
                <w:rtl/>
                <w:szCs w:val="26"/>
                <w:bCs/>
              </w:rPr>
              <w:t>המילה</w:t>
            </w:r>
          </w:p>
        </w:tc>
      </w:tr>
      <w:tr>
        <w:tc>
          <w:tcPr>
            <w:tcW w:type="dxa" w:w="2606"/>
          </w:tcPr>
          <w:p>
            <w:pPr>
              <w:bidi/>
              <w:jc w:val="right"/>
            </w:pPr>
            <w:r>
              <w:rPr>
                <w:rFonts w:ascii="Arial" w:hAnsi="Arial" w:cs="Arial"/>
                <w:sz w:val="26"/>
                <w:rtl/>
                <w:szCs w:val="26"/>
              </w:rPr>
              <w:t>1</w:t>
            </w:r>
          </w:p>
        </w:tc>
        <w:tc>
          <w:tcPr>
            <w:tcW w:type="dxa" w:w="2606"/>
          </w:tcPr>
          <w:p>
            <w:pPr>
              <w:bidi/>
              <w:jc w:val="right"/>
            </w:pPr>
            <w:r>
              <w:rPr>
                <w:rFonts w:ascii="Arial" w:hAnsi="Arial" w:cs="Arial"/>
                <w:sz w:val="26"/>
                <w:rtl/>
                <w:szCs w:val="26"/>
              </w:rPr>
              <w:t>🔀 ק ת י</w:t>
            </w:r>
          </w:p>
        </w:tc>
        <w:tc>
          <w:tcPr>
            <w:tcW w:type="dxa" w:w="2606"/>
          </w:tcPr>
          <w:p>
            <w:pPr>
              <w:bidi/>
              <w:jc w:val="right"/>
            </w:pPr>
            <w:r>
              <w:rPr>
                <w:rFonts w:ascii="Arial" w:hAnsi="Arial" w:cs="Arial"/>
                <w:sz w:val="26"/>
                <w:rtl/>
                <w:szCs w:val="26"/>
              </w:rPr>
              <w:t>שָׂמִים בּוֹ סְפָרִים וּמַחְבָּרוֹת.</w:t>
            </w:r>
          </w:p>
        </w:tc>
        <w:tc>
          <w:tcPr>
            <w:tcW w:type="dxa" w:w="2606"/>
          </w:tcPr>
          <w:p>
            <w:pPr>
              <w:bidi/>
              <w:jc w:val="right"/>
            </w:pPr>
            <w:r>
              <w:rPr>
                <w:rFonts w:ascii="Arial" w:hAnsi="Arial" w:cs="Arial"/>
                <w:sz w:val="26"/>
                <w:rtl/>
                <w:szCs w:val="26"/>
              </w:rPr>
              <w:t>______</w:t>
            </w:r>
          </w:p>
        </w:tc>
      </w:tr>
      <w:tr>
        <w:tc>
          <w:tcPr>
            <w:tcW w:type="dxa" w:w="2606"/>
          </w:tcPr>
          <w:p>
            <w:pPr>
              <w:bidi/>
              <w:jc w:val="right"/>
            </w:pPr>
            <w:r>
              <w:rPr>
                <w:rFonts w:ascii="Arial" w:hAnsi="Arial" w:cs="Arial"/>
                <w:sz w:val="26"/>
                <w:rtl/>
                <w:szCs w:val="26"/>
              </w:rPr>
              <w:t>2</w:t>
            </w:r>
          </w:p>
        </w:tc>
        <w:tc>
          <w:tcPr>
            <w:tcW w:type="dxa" w:w="2606"/>
          </w:tcPr>
          <w:p>
            <w:pPr>
              <w:bidi/>
              <w:jc w:val="right"/>
            </w:pPr>
            <w:r>
              <w:rPr>
                <w:rFonts w:ascii="Arial" w:hAnsi="Arial" w:cs="Arial"/>
                <w:sz w:val="26"/>
                <w:rtl/>
                <w:szCs w:val="26"/>
              </w:rPr>
              <w:t>🔢 ‏13‏ ‏- 8‏ ‏- 2‏ ‏- 20‏ ‏- 22‏</w:t>
            </w:r>
          </w:p>
        </w:tc>
        <w:tc>
          <w:tcPr>
            <w:tcW w:type="dxa" w:w="2606"/>
          </w:tcPr>
          <w:p>
            <w:pPr>
              <w:bidi/>
              <w:jc w:val="right"/>
            </w:pPr>
            <w:r>
              <w:rPr>
                <w:rFonts w:ascii="Arial" w:hAnsi="Arial" w:cs="Arial"/>
                <w:sz w:val="26"/>
                <w:rtl/>
                <w:szCs w:val="26"/>
              </w:rPr>
              <w:t>כּוֹתְבִים בָּהּ בַּשִּׁעוּר.</w:t>
            </w:r>
          </w:p>
        </w:tc>
        <w:tc>
          <w:tcPr>
            <w:tcW w:type="dxa" w:w="2606"/>
          </w:tcPr>
          <w:p>
            <w:pPr>
              <w:bidi/>
              <w:jc w:val="right"/>
            </w:pPr>
            <w:r>
              <w:rPr>
                <w:rFonts w:ascii="Arial" w:hAnsi="Arial" w:cs="Arial"/>
                <w:sz w:val="26"/>
                <w:rtl/>
                <w:szCs w:val="26"/>
              </w:rPr>
              <w:t>__________</w:t>
            </w:r>
          </w:p>
        </w:tc>
      </w:tr>
      <w:tr>
        <w:tc>
          <w:tcPr>
            <w:tcW w:type="dxa" w:w="2606"/>
          </w:tcPr>
          <w:p>
            <w:pPr>
              <w:bidi/>
              <w:jc w:val="right"/>
            </w:pPr>
            <w:r>
              <w:rPr>
                <w:rFonts w:ascii="Arial" w:hAnsi="Arial" w:cs="Arial"/>
                <w:sz w:val="26"/>
                <w:rtl/>
                <w:szCs w:val="26"/>
              </w:rPr>
              <w:t>3</w:t>
            </w:r>
          </w:p>
        </w:tc>
        <w:tc>
          <w:tcPr>
            <w:tcW w:type="dxa" w:w="2606"/>
          </w:tcPr>
          <w:p>
            <w:pPr>
              <w:bidi/>
              <w:jc w:val="right"/>
            </w:pPr>
            <w:r>
              <w:rPr>
                <w:rFonts w:ascii="Arial" w:hAnsi="Arial" w:cs="Arial"/>
                <w:sz w:val="26"/>
                <w:rtl/>
                <w:szCs w:val="26"/>
              </w:rPr>
              <w:t>🔀 מ ס פ ר י</w:t>
            </w:r>
          </w:p>
        </w:tc>
        <w:tc>
          <w:tcPr>
            <w:tcW w:type="dxa" w:w="2606"/>
          </w:tcPr>
          <w:p>
            <w:pPr>
              <w:bidi/>
              <w:jc w:val="right"/>
            </w:pPr>
            <w:r>
              <w:rPr>
                <w:rFonts w:ascii="Arial" w:hAnsi="Arial" w:cs="Arial"/>
                <w:sz w:val="26"/>
                <w:rtl/>
                <w:szCs w:val="26"/>
              </w:rPr>
              <w:t>הַרְבֵּה "סֵפֶר".</w:t>
            </w:r>
          </w:p>
        </w:tc>
        <w:tc>
          <w:tcPr>
            <w:tcW w:type="dxa" w:w="2606"/>
          </w:tcPr>
          <w:p>
            <w:pPr>
              <w:bidi/>
              <w:jc w:val="right"/>
            </w:pPr>
            <w:r>
              <w:rPr>
                <w:rFonts w:ascii="Arial" w:hAnsi="Arial" w:cs="Arial"/>
                <w:sz w:val="26"/>
                <w:rtl/>
                <w:szCs w:val="26"/>
              </w:rPr>
              <w:t>__________</w:t>
            </w:r>
          </w:p>
        </w:tc>
      </w:tr>
      <w:tr>
        <w:tc>
          <w:tcPr>
            <w:tcW w:type="dxa" w:w="2606"/>
          </w:tcPr>
          <w:p>
            <w:pPr>
              <w:bidi/>
              <w:jc w:val="right"/>
            </w:pPr>
            <w:r>
              <w:rPr>
                <w:rFonts w:ascii="Arial" w:hAnsi="Arial" w:cs="Arial"/>
                <w:sz w:val="26"/>
                <w:rtl/>
                <w:szCs w:val="26"/>
              </w:rPr>
              <w:t>4</w:t>
            </w:r>
          </w:p>
        </w:tc>
        <w:tc>
          <w:tcPr>
            <w:tcW w:type="dxa" w:w="2606"/>
          </w:tcPr>
          <w:p>
            <w:pPr>
              <w:bidi/>
              <w:jc w:val="right"/>
            </w:pPr>
            <w:r>
              <w:rPr>
                <w:rFonts w:ascii="Arial" w:hAnsi="Arial" w:cs="Arial"/>
                <w:sz w:val="26"/>
                <w:rtl/>
                <w:szCs w:val="26"/>
              </w:rPr>
              <w:t>🔢 ‏8‏ ‏- 12‏ ‏- 6‏ ‏- 14‏</w:t>
            </w:r>
          </w:p>
        </w:tc>
        <w:tc>
          <w:tcPr>
            <w:tcW w:type="dxa" w:w="2606"/>
          </w:tcPr>
          <w:p>
            <w:pPr>
              <w:bidi/>
              <w:jc w:val="right"/>
            </w:pPr>
            <w:r>
              <w:rPr>
                <w:rFonts w:ascii="Arial" w:hAnsi="Arial" w:cs="Arial"/>
                <w:sz w:val="26"/>
                <w:rtl/>
                <w:szCs w:val="26"/>
              </w:rPr>
              <w:t>רוֹאִים דַּרְכּוֹ אֶת הַחוּץ.</w:t>
            </w:r>
          </w:p>
        </w:tc>
        <w:tc>
          <w:tcPr>
            <w:tcW w:type="dxa" w:w="2606"/>
          </w:tcPr>
          <w:p>
            <w:pPr>
              <w:bidi/>
              <w:jc w:val="right"/>
            </w:pPr>
            <w:r>
              <w:rPr>
                <w:rFonts w:ascii="Arial" w:hAnsi="Arial" w:cs="Arial"/>
                <w:sz w:val="26"/>
                <w:rtl/>
                <w:szCs w:val="26"/>
              </w:rPr>
              <w:t>________</w:t>
            </w:r>
          </w:p>
        </w:tc>
      </w:tr>
    </w:tbl>
    <w:p>
      <w:pPr>
        <w:bidi/>
        <w:jc w:val="right"/>
      </w:pPr>
    </w:p>
    <w:p>
      <w:pPr>
        <w:bidi/>
        <w:jc w:val="right"/>
      </w:pPr>
      <w:r>
        <w:rPr>
          <w:rFonts w:ascii="Arial" w:hAnsi="Arial" w:cs="Arial"/>
          <w:sz w:val="28"/>
          <w:rtl/>
          <w:szCs w:val="28"/>
        </w:rPr>
        <w:t>🔣 מפתח: א=1 ב=2 ג=3 ד=4 ה=5 ו=6 ז=7 ח=8 ט=9 י=10 כ=11 ל=12 מ=13 נ=14 ס=15 ע=16 פ=17 צ=18 ק=19 ר=20 ש=21 ת=22</w:t>
      </w:r>
    </w:p>
    <w:p>
      <w:pPr>
        <w:bidi/>
        <w:jc w:val="right"/>
      </w:pPr>
      <w:r>
        <w:rPr>
          <w:rFonts w:ascii="Arial" w:hAnsi="Arial" w:cs="Arial"/>
          <w:sz w:val="28"/>
          <w:rtl/>
          <w:szCs w:val="28"/>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מַסַּע בְּבֵית הַסֵּפֶר</w:t>
      </w:r>
    </w:p>
    <w:p>
      <w:pPr>
        <w:bidi/>
        <w:jc w:val="right"/>
      </w:pPr>
      <w:r>
        <w:rPr>
          <w:rFonts w:ascii="Arial" w:hAnsi="Arial" w:cs="Arial"/>
          <w:color w:val="555577"/>
          <w:sz w:val="28"/>
          <w:rtl/>
          <w:szCs w:val="28"/>
        </w:rPr>
        <w:t>סוֹפִי מְטַיֶּלֶת בְּבֵית הַסֵּפֶר הֶחָדָשׁ. בְּכָל חֶדֶר יֵשׁ מְשִׂימָה. כָּל מְשִׂימָה נוֹתֶנֶת אוֹת. בכל תחנה – פתרו את המשימה וכתבו את אות הקסם שתקבלו מהמורה.</w:t>
      </w:r>
    </w:p>
    <w:p>
      <w:pPr>
        <w:bidi/>
        <w:jc w:val="right"/>
      </w:pPr>
      <w:r>
        <w:rPr>
          <w:rFonts w:ascii="Arial" w:hAnsi="Arial" w:cs="Arial"/>
          <w:sz w:val="28"/>
          <w:rtl/>
          <w:szCs w:val="28"/>
        </w:rPr>
        <w:t>1. 📚 הַסִּפְרִיָּה – הַתְאִימוּ: אֶחָד ← הַרְבֵּה.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סֵפֶר</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סְפָרִים</w:t>
            </w:r>
          </w:p>
        </w:tc>
      </w:tr>
      <w:tr>
        <w:tc>
          <w:tcPr>
            <w:tcW w:type="dxa" w:w="2606"/>
          </w:tcPr>
          <w:p>
            <w:pPr>
              <w:bidi/>
              <w:jc w:val="right"/>
            </w:pPr>
            <w:r>
              <w:rPr>
                <w:rFonts w:ascii="Arial" w:hAnsi="Arial" w:cs="Arial"/>
                <w:sz w:val="26"/>
                <w:rtl/>
                <w:szCs w:val="26"/>
              </w:rPr>
              <w:t>מִלָּה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תַּלְמִידִים</w:t>
            </w:r>
          </w:p>
        </w:tc>
      </w:tr>
      <w:tr>
        <w:tc>
          <w:tcPr>
            <w:tcW w:type="dxa" w:w="2606"/>
          </w:tcPr>
          <w:p>
            <w:pPr>
              <w:bidi/>
              <w:jc w:val="right"/>
            </w:pPr>
            <w:r>
              <w:rPr>
                <w:rFonts w:ascii="Arial" w:hAnsi="Arial" w:cs="Arial"/>
                <w:sz w:val="26"/>
                <w:rtl/>
                <w:szCs w:val="26"/>
              </w:rPr>
              <w:t>תַּלְמִיד</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מִלִּים</w:t>
            </w:r>
          </w:p>
        </w:tc>
      </w:tr>
    </w:tbl>
    <w:p>
      <w:pPr>
        <w:bidi/>
        <w:jc w:val="right"/>
      </w:pPr>
    </w:p>
    <w:p>
      <w:pPr>
        <w:bidi/>
        <w:jc w:val="right"/>
      </w:pPr>
      <w:r>
        <w:rPr>
          <w:rFonts w:ascii="Arial" w:hAnsi="Arial" w:cs="Arial"/>
          <w:b/>
          <w:sz w:val="28"/>
          <w:rtl/>
          <w:szCs w:val="28"/>
          <w:bCs/>
        </w:rPr>
        <w:t>2. 🏫 הַכִּתָּה – מִי הִגִּיעָה מִצָּרְפַת?</w:t>
      </w:r>
    </w:p>
    <w:p>
      <w:pPr>
        <w:bidi/>
        <w:jc w:val="right"/>
      </w:pPr>
      <w:r>
        <w:rPr>
          <w:rFonts w:ascii="Arial" w:hAnsi="Arial" w:cs="Arial"/>
          <w:sz w:val="28"/>
          <w:rtl/>
          <w:szCs w:val="28"/>
        </w:rPr>
        <w:t xml:space="preserve">   ◯ א. מַרְיָה</w:t>
      </w:r>
    </w:p>
    <w:p>
      <w:pPr>
        <w:bidi/>
        <w:jc w:val="right"/>
      </w:pPr>
      <w:r>
        <w:rPr>
          <w:rFonts w:ascii="Arial" w:hAnsi="Arial" w:cs="Arial"/>
          <w:sz w:val="28"/>
          <w:rtl/>
          <w:szCs w:val="28"/>
        </w:rPr>
        <w:t xml:space="preserve">   ◯ ב. יוֹסֵף</w:t>
      </w:r>
    </w:p>
    <w:p>
      <w:pPr>
        <w:bidi/>
        <w:jc w:val="right"/>
      </w:pPr>
      <w:r>
        <w:rPr>
          <w:rFonts w:ascii="Arial" w:hAnsi="Arial" w:cs="Arial"/>
          <w:sz w:val="28"/>
          <w:rtl/>
          <w:szCs w:val="28"/>
        </w:rPr>
        <w:t xml:space="preserve">   ◯ ג. אֵלָה וְנוֹעָה</w:t>
      </w:r>
    </w:p>
    <w:p>
      <w:pPr>
        <w:bidi/>
        <w:jc w:val="right"/>
      </w:pPr>
      <w:r>
        <w:rPr>
          <w:rFonts w:ascii="Arial" w:hAnsi="Arial" w:cs="Arial"/>
          <w:sz w:val="28"/>
          <w:rtl/>
          <w:szCs w:val="28"/>
        </w:rPr>
        <w:t xml:space="preserve">   ◯ ד. סוֹפִי</w:t>
      </w:r>
    </w:p>
    <w:p>
      <w:pPr>
        <w:bidi/>
        <w:jc w:val="right"/>
      </w:pPr>
      <w:r>
        <w:rPr>
          <w:rFonts w:ascii="Arial" w:hAnsi="Arial" w:cs="Arial"/>
          <w:sz w:val="28"/>
          <w:rtl/>
          <w:szCs w:val="28"/>
        </w:rPr>
        <w:t>3. 👩‍🏫 חֲדַר הַמּוֹרִים – הַתְאִימוּ: זָכָר ← נְקֵבָה.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תַּלְמִיד</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מוֹרָה</w:t>
            </w:r>
          </w:p>
        </w:tc>
      </w:tr>
      <w:tr>
        <w:tc>
          <w:tcPr>
            <w:tcW w:type="dxa" w:w="2606"/>
          </w:tcPr>
          <w:p>
            <w:pPr>
              <w:bidi/>
              <w:jc w:val="right"/>
            </w:pPr>
            <w:r>
              <w:rPr>
                <w:rFonts w:ascii="Arial" w:hAnsi="Arial" w:cs="Arial"/>
                <w:sz w:val="26"/>
                <w:rtl/>
                <w:szCs w:val="26"/>
              </w:rPr>
              <w:t>מוֹרֶה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חֲדָשָׁה</w:t>
            </w:r>
          </w:p>
        </w:tc>
      </w:tr>
      <w:tr>
        <w:tc>
          <w:tcPr>
            <w:tcW w:type="dxa" w:w="2606"/>
          </w:tcPr>
          <w:p>
            <w:pPr>
              <w:bidi/>
              <w:jc w:val="right"/>
            </w:pPr>
            <w:r>
              <w:rPr>
                <w:rFonts w:ascii="Arial" w:hAnsi="Arial" w:cs="Arial"/>
                <w:sz w:val="26"/>
                <w:rtl/>
                <w:szCs w:val="26"/>
              </w:rPr>
              <w:t>חָדָשׁ</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תַּלְמִידָה</w:t>
            </w:r>
          </w:p>
        </w:tc>
      </w:tr>
    </w:tbl>
    <w:p>
      <w:pPr>
        <w:bidi/>
        <w:jc w:val="right"/>
      </w:pPr>
    </w:p>
    <w:p>
      <w:pPr>
        <w:bidi/>
        <w:jc w:val="right"/>
      </w:pPr>
      <w:r>
        <w:rPr>
          <w:rFonts w:ascii="Arial" w:hAnsi="Arial" w:cs="Arial"/>
          <w:b/>
          <w:sz w:val="28"/>
          <w:rtl/>
          <w:szCs w:val="28"/>
          <w:bCs/>
        </w:rPr>
        <w:t>4. 🌳 הַחָצֵר – אֵיךְ אוֹמְרִים "the book"?</w:t>
      </w:r>
    </w:p>
    <w:p>
      <w:pPr>
        <w:bidi/>
        <w:jc w:val="right"/>
      </w:pPr>
      <w:r>
        <w:rPr>
          <w:rFonts w:ascii="Arial" w:hAnsi="Arial" w:cs="Arial"/>
          <w:sz w:val="28"/>
          <w:rtl/>
          <w:szCs w:val="28"/>
        </w:rPr>
        <w:t xml:space="preserve">   ◯ א. סֵפֶר</w:t>
      </w:r>
    </w:p>
    <w:p>
      <w:pPr>
        <w:bidi/>
        <w:jc w:val="right"/>
      </w:pPr>
      <w:r>
        <w:rPr>
          <w:rFonts w:ascii="Arial" w:hAnsi="Arial" w:cs="Arial"/>
          <w:sz w:val="28"/>
          <w:rtl/>
          <w:szCs w:val="28"/>
        </w:rPr>
        <w:t xml:space="preserve">   ◯ ב. הַסֵּפֶר</w:t>
      </w:r>
    </w:p>
    <w:p>
      <w:pPr>
        <w:bidi/>
        <w:jc w:val="right"/>
      </w:pPr>
      <w:r>
        <w:rPr>
          <w:rFonts w:ascii="Arial" w:hAnsi="Arial" w:cs="Arial"/>
          <w:sz w:val="28"/>
          <w:rtl/>
          <w:szCs w:val="28"/>
        </w:rPr>
        <w:t xml:space="preserve">   ◯ ג. סְפָרִים</w:t>
      </w:r>
    </w:p>
    <w:p>
      <w:pPr>
        <w:bidi/>
        <w:jc w:val="right"/>
      </w:pPr>
      <w:r>
        <w:rPr>
          <w:rFonts w:ascii="Arial" w:hAnsi="Arial" w:cs="Arial"/>
          <w:sz w:val="28"/>
          <w:rtl/>
          <w:szCs w:val="28"/>
        </w:rPr>
        <w:t xml:space="preserve">   ◯ ד. סִפְרִי</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E5DBFF"/>
          </w:tcPr>
          <w:p>
            <w:pPr>
              <w:bidi/>
              <w:jc w:val="right"/>
            </w:pPr>
            <w:r>
              <w:rPr>
                <w:rFonts w:ascii="Arial" w:hAnsi="Arial" w:cs="Arial"/>
                <w:b/>
                <w:sz w:val="26"/>
                <w:rtl/>
                <w:szCs w:val="26"/>
                <w:bCs/>
              </w:rPr>
              <w:t>תחנה</w:t>
            </w:r>
          </w:p>
        </w:tc>
        <w:tc>
          <w:tcPr>
            <w:tcW w:type="dxa" w:w="2085"/>
            <w:shd w:val="clear" w:fill="E5DBFF"/>
          </w:tcPr>
          <w:p>
            <w:pPr>
              <w:bidi/>
              <w:jc w:val="right"/>
            </w:pPr>
            <w:r>
              <w:rPr>
                <w:rFonts w:ascii="Arial" w:hAnsi="Arial" w:cs="Arial"/>
                <w:b/>
                <w:sz w:val="26"/>
                <w:rtl/>
                <w:szCs w:val="26"/>
                <w:bCs/>
              </w:rPr>
              <w:t>1</w:t>
            </w:r>
          </w:p>
        </w:tc>
        <w:tc>
          <w:tcPr>
            <w:tcW w:type="dxa" w:w="2085"/>
            <w:shd w:val="clear" w:fill="E5DBFF"/>
          </w:tcPr>
          <w:p>
            <w:pPr>
              <w:bidi/>
              <w:jc w:val="right"/>
            </w:pPr>
            <w:r>
              <w:rPr>
                <w:rFonts w:ascii="Arial" w:hAnsi="Arial" w:cs="Arial"/>
                <w:b/>
                <w:sz w:val="26"/>
                <w:rtl/>
                <w:szCs w:val="26"/>
                <w:bCs/>
              </w:rPr>
              <w:t>2</w:t>
            </w:r>
          </w:p>
        </w:tc>
        <w:tc>
          <w:tcPr>
            <w:tcW w:type="dxa" w:w="2085"/>
            <w:shd w:val="clear" w:fill="E5DBFF"/>
          </w:tcPr>
          <w:p>
            <w:pPr>
              <w:bidi/>
              <w:jc w:val="right"/>
            </w:pPr>
            <w:r>
              <w:rPr>
                <w:rFonts w:ascii="Arial" w:hAnsi="Arial" w:cs="Arial"/>
                <w:b/>
                <w:sz w:val="26"/>
                <w:rtl/>
                <w:szCs w:val="26"/>
                <w:bCs/>
              </w:rPr>
              <w:t>3</w:t>
            </w:r>
          </w:p>
        </w:tc>
        <w:tc>
          <w:tcPr>
            <w:tcW w:type="dxa" w:w="2085"/>
            <w:shd w:val="clear" w:fill="E5DBFF"/>
          </w:tcPr>
          <w:p>
            <w:pPr>
              <w:bidi/>
              <w:jc w:val="right"/>
            </w:pPr>
            <w:r>
              <w:rPr>
                <w:rFonts w:ascii="Arial" w:hAnsi="Arial" w:cs="Arial"/>
                <w:b/>
                <w:sz w:val="26"/>
                <w:rtl/>
                <w:szCs w:val="26"/>
                <w:bCs/>
              </w:rPr>
              <w:t>4</w:t>
            </w:r>
          </w:p>
        </w:tc>
      </w:tr>
      <w:tr>
        <w:tc>
          <w:tcPr>
            <w:tcW w:type="dxa" w:w="2085"/>
          </w:tcPr>
          <w:p>
            <w:pPr>
              <w:bidi/>
              <w:jc w:val="right"/>
            </w:pPr>
            <w:r>
              <w:rPr>
                <w:rFonts w:ascii="Arial" w:hAnsi="Arial" w:cs="Arial"/>
                <w:sz w:val="26"/>
                <w:rtl/>
                <w:szCs w:val="26"/>
              </w:rPr>
              <w:t>אות קסם</w:t>
            </w:r>
          </w:p>
        </w:tc>
        <w:tc>
          <w:tcPr>
            <w:tcW w:type="dxa" w:w="2085"/>
          </w:tcPr>
          <w:p>
            <w:pPr>
              <w:bidi/>
              <w:jc w:val="right"/>
            </w:pPr>
            <w:r>
              <w:rPr>
                <w:rFonts w:ascii="Arial" w:hAnsi="Arial" w:cs="Arial"/>
                <w:sz w:val="26"/>
                <w:rtl/>
                <w:szCs w:val="26"/>
              </w:rPr>
              <w:t>☐</w:t>
            </w:r>
          </w:p>
        </w:tc>
        <w:tc>
          <w:tcPr>
            <w:tcW w:type="dxa" w:w="2085"/>
          </w:tcPr>
          <w:p>
            <w:pPr>
              <w:bidi/>
              <w:jc w:val="right"/>
            </w:pPr>
            <w:r>
              <w:rPr>
                <w:rFonts w:ascii="Arial" w:hAnsi="Arial" w:cs="Arial"/>
                <w:sz w:val="26"/>
                <w:rtl/>
                <w:szCs w:val="26"/>
              </w:rPr>
              <w:t>☐</w:t>
            </w:r>
          </w:p>
        </w:tc>
        <w:tc>
          <w:tcPr>
            <w:tcW w:type="dxa" w:w="2085"/>
          </w:tcPr>
          <w:p>
            <w:pPr>
              <w:bidi/>
              <w:jc w:val="right"/>
            </w:pPr>
            <w:r>
              <w:rPr>
                <w:rFonts w:ascii="Arial" w:hAnsi="Arial" w:cs="Arial"/>
                <w:sz w:val="26"/>
                <w:rtl/>
                <w:szCs w:val="26"/>
              </w:rPr>
              <w:t>☐</w:t>
            </w:r>
          </w:p>
        </w:tc>
        <w:tc>
          <w:tcPr>
            <w:tcW w:type="dxa" w:w="2085"/>
          </w:tcPr>
          <w:p>
            <w:pPr>
              <w:bidi/>
              <w:jc w:val="right"/>
            </w:pPr>
            <w:r>
              <w:rPr>
                <w:rFonts w:ascii="Arial" w:hAnsi="Arial" w:cs="Arial"/>
                <w:sz w:val="26"/>
                <w:rtl/>
                <w:szCs w:val="26"/>
              </w:rPr>
              <w:t>☐</w:t>
            </w:r>
          </w:p>
        </w:tc>
      </w:tr>
    </w:tbl>
    <w:p>
      <w:pPr>
        <w:bidi/>
        <w:jc w:val="right"/>
      </w:pPr>
    </w:p>
    <w:p>
      <w:pPr>
        <w:bidi/>
        <w:jc w:val="right"/>
      </w:pPr>
      <w:r>
        <w:rPr>
          <w:rFonts w:ascii="Arial" w:hAnsi="Arial" w:cs="Arial"/>
          <w:sz w:val="28"/>
          <w:rtl/>
          <w:szCs w:val="28"/>
        </w:rPr>
        <w:t>🚪 קוד היציאה: ______________</w:t>
      </w:r>
    </w:p>
    <w:p>
      <w:pPr>
        <w:bidi/>
        <w:pStyle w:val="Heading2"/>
        <w:jc w:val="right"/>
      </w:pPr>
      <w:r>
        <w:rPr>
          <w:rFonts w:ascii="Arial" w:hAnsi="Arial" w:cs="Arial"/>
          <w:b/>
          <w:color w:val="6A3FD4"/>
          <w:sz w:val="32"/>
          <w:rtl/>
          <w:szCs w:val="32"/>
          <w:bCs/>
        </w:rPr>
        <w:t>⏳🗂️ בּוֹנִים וּמְמַיְּנִים</w:t>
      </w:r>
    </w:p>
    <w:p>
      <w:pPr>
        <w:bidi/>
        <w:jc w:val="right"/>
      </w:pPr>
      <w:r>
        <w:rPr>
          <w:rFonts w:ascii="Arial" w:hAnsi="Arial" w:cs="Arial"/>
          <w:color w:val="555577"/>
          <w:sz w:val="28"/>
          <w:rtl/>
          <w:szCs w:val="28"/>
        </w:rPr>
        <w:t>סַדְּרוּ מִלִּים לְמִשְׁפָּט. אַחַר כָּךְ מַיְּנוּ: זָכָר אוֹ נְקֵבָה.</w:t>
      </w:r>
    </w:p>
    <w:p>
      <w:pPr>
        <w:bidi/>
        <w:jc w:val="right"/>
      </w:pPr>
      <w:r>
        <w:rPr>
          <w:rFonts w:ascii="Arial" w:hAnsi="Arial" w:cs="Arial"/>
          <w:sz w:val="28"/>
          <w:rtl/>
          <w:szCs w:val="28"/>
        </w:rPr>
        <w:t>סַדְּרוּ אֶת הַמִּלִּים לְמִשְׁפָּט.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6"/>
                <w:rtl/>
                <w:szCs w:val="26"/>
                <w:bCs/>
              </w:rPr>
              <w:t>מספר</w:t>
            </w:r>
          </w:p>
        </w:tc>
        <w:tc>
          <w:tcPr>
            <w:tcW w:type="dxa" w:w="5213"/>
            <w:shd w:val="clear" w:fill="E5DBFF"/>
          </w:tcPr>
          <w:p>
            <w:pPr>
              <w:bidi/>
              <w:jc w:val="right"/>
            </w:pPr>
            <w:r>
              <w:rPr>
                <w:rFonts w:ascii="Arial" w:hAnsi="Arial" w:cs="Arial"/>
                <w:b/>
                <w:sz w:val="26"/>
                <w:rtl/>
                <w:szCs w:val="26"/>
                <w:bCs/>
              </w:rPr>
              <w:t>האירוע / השלב</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מִצָּרְפַת</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הַתַּלְמִידָה</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הִגִּיעָה</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הַחֲדָשָׁה</w:t>
            </w:r>
          </w:p>
        </w:tc>
      </w:tr>
    </w:tbl>
    <w:p>
      <w:pPr>
        <w:bidi/>
        <w:jc w:val="right"/>
      </w:pPr>
    </w:p>
    <w:p>
      <w:pPr>
        <w:bidi/>
        <w:jc w:val="right"/>
      </w:pPr>
      <w:r>
        <w:rPr>
          <w:rFonts w:ascii="Arial" w:hAnsi="Arial" w:cs="Arial"/>
          <w:sz w:val="28"/>
          <w:rtl/>
          <w:szCs w:val="28"/>
        </w:rPr>
        <w:t>זָכָר אוֹ נְקֵבָה?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כרטיס</w:t>
            </w:r>
          </w:p>
        </w:tc>
        <w:tc>
          <w:tcPr>
            <w:tcW w:type="dxa" w:w="3475"/>
            <w:shd w:val="clear" w:fill="E5DBFF"/>
          </w:tcPr>
          <w:p>
            <w:pPr>
              <w:bidi/>
              <w:jc w:val="right"/>
            </w:pPr>
            <w:r>
              <w:rPr>
                <w:rFonts w:ascii="Arial" w:hAnsi="Arial" w:cs="Arial"/>
                <w:b/>
                <w:sz w:val="26"/>
                <w:rtl/>
                <w:szCs w:val="26"/>
                <w:bCs/>
              </w:rPr>
              <w:t>זָכָר 👦</w:t>
            </w:r>
          </w:p>
        </w:tc>
        <w:tc>
          <w:tcPr>
            <w:tcW w:type="dxa" w:w="3475"/>
            <w:shd w:val="clear" w:fill="E5DBFF"/>
          </w:tcPr>
          <w:p>
            <w:pPr>
              <w:bidi/>
              <w:jc w:val="right"/>
            </w:pPr>
            <w:r>
              <w:rPr>
                <w:rFonts w:ascii="Arial" w:hAnsi="Arial" w:cs="Arial"/>
                <w:b/>
                <w:sz w:val="26"/>
                <w:rtl/>
                <w:szCs w:val="26"/>
                <w:bCs/>
              </w:rPr>
              <w:t>נְקֵבָה 👧</w:t>
            </w:r>
          </w:p>
        </w:tc>
      </w:tr>
      <w:tr>
        <w:tc>
          <w:tcPr>
            <w:tcW w:type="dxa" w:w="3475"/>
          </w:tcPr>
          <w:p>
            <w:pPr>
              <w:bidi/>
              <w:jc w:val="right"/>
            </w:pPr>
            <w:r>
              <w:rPr>
                <w:rFonts w:ascii="Arial" w:hAnsi="Arial" w:cs="Arial"/>
                <w:sz w:val="26"/>
                <w:rtl/>
                <w:szCs w:val="26"/>
              </w:rPr>
              <w:t>חַלּוֹן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כִּתָּה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מוֹרָה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מַחְבֶּרֶת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תַּלְמִיד</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תִּיק</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8"/>
          <w:rtl/>
          <w:szCs w:val="28"/>
        </w:rPr>
        <w:t>• הַתַּלְמִידָה</w:t>
      </w:r>
    </w:p>
    <w:p>
      <w:pPr>
        <w:bidi/>
        <w:jc w:val="right"/>
      </w:pPr>
      <w:r>
        <w:rPr>
          <w:rFonts w:ascii="Arial" w:hAnsi="Arial" w:cs="Arial"/>
          <w:sz w:val="28"/>
          <w:rtl/>
          <w:szCs w:val="28"/>
        </w:rPr>
        <w:t>• הַחֲדָשָׁה</w:t>
      </w:r>
    </w:p>
    <w:p>
      <w:pPr>
        <w:bidi/>
        <w:jc w:val="right"/>
      </w:pPr>
      <w:r>
        <w:rPr>
          <w:rFonts w:ascii="Arial" w:hAnsi="Arial" w:cs="Arial"/>
          <w:sz w:val="28"/>
          <w:rtl/>
          <w:szCs w:val="28"/>
        </w:rPr>
        <w:t>• הִגִּיעָה</w:t>
      </w:r>
    </w:p>
    <w:p>
      <w:pPr>
        <w:bidi/>
        <w:jc w:val="right"/>
      </w:pPr>
      <w:r>
        <w:rPr>
          <w:rFonts w:ascii="Arial" w:hAnsi="Arial" w:cs="Arial"/>
          <w:sz w:val="28"/>
          <w:rtl/>
          <w:szCs w:val="28"/>
        </w:rPr>
        <w:t>• מִצָּרְפַת</w:t>
      </w:r>
    </w:p>
    <w:p>
      <w:pPr>
        <w:bidi/>
        <w:jc w:val="right"/>
      </w:pPr>
      <w:r>
        <w:rPr>
          <w:rFonts w:ascii="Arial" w:hAnsi="Arial" w:cs="Arial"/>
          <w:sz w:val="28"/>
          <w:rtl/>
          <w:szCs w:val="28"/>
        </w:rPr>
        <w:t>• תַּלְמִיד</w:t>
      </w:r>
    </w:p>
    <w:p>
      <w:pPr>
        <w:bidi/>
        <w:jc w:val="right"/>
      </w:pPr>
      <w:r>
        <w:rPr>
          <w:rFonts w:ascii="Arial" w:hAnsi="Arial" w:cs="Arial"/>
          <w:sz w:val="28"/>
          <w:rtl/>
          <w:szCs w:val="28"/>
        </w:rPr>
        <w:t>• מוֹרָה</w:t>
      </w:r>
    </w:p>
    <w:p>
      <w:pPr>
        <w:bidi/>
        <w:jc w:val="right"/>
      </w:pPr>
      <w:r>
        <w:rPr>
          <w:rFonts w:ascii="Arial" w:hAnsi="Arial" w:cs="Arial"/>
          <w:sz w:val="28"/>
          <w:rtl/>
          <w:szCs w:val="28"/>
        </w:rPr>
        <w:t>• חַלּוֹן</w:t>
      </w:r>
    </w:p>
    <w:p>
      <w:pPr>
        <w:bidi/>
        <w:jc w:val="right"/>
      </w:pPr>
      <w:r>
        <w:rPr>
          <w:rFonts w:ascii="Arial" w:hAnsi="Arial" w:cs="Arial"/>
          <w:sz w:val="28"/>
          <w:rtl/>
          <w:szCs w:val="28"/>
        </w:rPr>
        <w:t>• מַחְבֶּרֶת</w:t>
      </w:r>
    </w:p>
    <w:p>
      <w:pPr>
        <w:bidi/>
        <w:jc w:val="right"/>
      </w:pPr>
      <w:r>
        <w:rPr>
          <w:rFonts w:ascii="Arial" w:hAnsi="Arial" w:cs="Arial"/>
          <w:sz w:val="28"/>
          <w:rtl/>
          <w:szCs w:val="28"/>
        </w:rPr>
        <w:t>• תִּיק</w:t>
      </w:r>
    </w:p>
    <w:p>
      <w:pPr>
        <w:bidi/>
        <w:jc w:val="right"/>
      </w:pPr>
      <w:r>
        <w:rPr>
          <w:rFonts w:ascii="Arial" w:hAnsi="Arial" w:cs="Arial"/>
          <w:sz w:val="28"/>
          <w:rtl/>
          <w:szCs w:val="28"/>
        </w:rPr>
        <w:t>• כִּתָּה</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נַחֲשׁוּ וּבִדְקוּ: הַיּוֹם הָרִאשׁוֹן שֶׁל סוֹפִי</w:t>
      </w:r>
    </w:p>
    <w:p>
      <w:pPr>
        <w:bidi/>
        <w:jc w:val="right"/>
      </w:pPr>
      <w:r>
        <w:rPr>
          <w:rFonts w:ascii="Arial" w:hAnsi="Arial" w:cs="Arial"/>
          <w:color w:val="555577"/>
          <w:sz w:val="28"/>
          <w:rtl/>
          <w:szCs w:val="28"/>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8"/>
          <w:rtl/>
          <w:szCs w:val="28"/>
        </w:rPr>
        <w:t>סוֹפִי נִכְנֶסֶת לַכִּתָּה. הִיא לֹא מַכִּירָה אַף אֶחָד.</w:t>
      </w:r>
    </w:p>
    <w:p>
      <w:pPr>
        <w:bidi/>
        <w:jc w:val="right"/>
      </w:pPr>
      <w:r>
        <w:rPr>
          <w:rFonts w:ascii="Arial" w:hAnsi="Arial" w:cs="Arial"/>
          <w:b/>
          <w:sz w:val="28"/>
          <w:rtl/>
          <w:szCs w:val="28"/>
          <w:bCs/>
        </w:rPr>
        <w:t>1. מָה הַתַּלְמִידִים יַעֲשׂוּ?</w:t>
      </w:r>
    </w:p>
    <w:p>
      <w:pPr>
        <w:bidi/>
        <w:jc w:val="right"/>
      </w:pPr>
      <w:r>
        <w:rPr>
          <w:rFonts w:ascii="Arial" w:hAnsi="Arial" w:cs="Arial"/>
          <w:sz w:val="28"/>
          <w:rtl/>
          <w:szCs w:val="28"/>
        </w:rPr>
        <w:t xml:space="preserve">   ◯ א. יַגִּידוּ "שָׁלוֹם" וְ"בְּרוּכָה הַבָּאָה"</w:t>
      </w:r>
    </w:p>
    <w:p>
      <w:pPr>
        <w:bidi/>
        <w:jc w:val="right"/>
      </w:pPr>
      <w:r>
        <w:rPr>
          <w:rFonts w:ascii="Arial" w:hAnsi="Arial" w:cs="Arial"/>
          <w:sz w:val="28"/>
          <w:rtl/>
          <w:szCs w:val="28"/>
        </w:rPr>
        <w:t xml:space="preserve">   ◯ ב. לֹא יְדַבְּרוּ אִתָּהּ</w:t>
      </w:r>
    </w:p>
    <w:p>
      <w:pPr>
        <w:bidi/>
        <w:jc w:val="right"/>
      </w:pPr>
      <w:r>
        <w:rPr>
          <w:rFonts w:ascii="Arial" w:hAnsi="Arial" w:cs="Arial"/>
          <w:sz w:val="28"/>
          <w:rtl/>
          <w:szCs w:val="28"/>
        </w:rPr>
        <w:t xml:space="preserve">   ◯ ג. יֵצְאוּ מֵהַכִּתָּה</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8"/>
          <w:rtl/>
          <w:szCs w:val="28"/>
        </w:rPr>
        <w:t>הַמּוֹרָה אוֹמֶרֶת: "פִּתְחוּ אֶת הַסֵּפֶר." לְסוֹפִי יֵשׁ שְׁנֵי סְפָרִים בַּתִּיק.</w:t>
      </w:r>
    </w:p>
    <w:p>
      <w:pPr>
        <w:bidi/>
        <w:jc w:val="right"/>
      </w:pPr>
      <w:r>
        <w:rPr>
          <w:rFonts w:ascii="Arial" w:hAnsi="Arial" w:cs="Arial"/>
          <w:b/>
          <w:sz w:val="28"/>
          <w:rtl/>
          <w:szCs w:val="28"/>
          <w:bCs/>
        </w:rPr>
        <w:t>2. אֵיזֶה סֵפֶר הִיא תִּפְתַּח?</w:t>
      </w:r>
    </w:p>
    <w:p>
      <w:pPr>
        <w:bidi/>
        <w:jc w:val="right"/>
      </w:pPr>
      <w:r>
        <w:rPr>
          <w:rFonts w:ascii="Arial" w:hAnsi="Arial" w:cs="Arial"/>
          <w:sz w:val="28"/>
          <w:rtl/>
          <w:szCs w:val="28"/>
        </w:rPr>
        <w:t xml:space="preserve">   ◯ א. סֵפֶר שֶׁל חָבֵר</w:t>
      </w:r>
    </w:p>
    <w:p>
      <w:pPr>
        <w:bidi/>
        <w:jc w:val="right"/>
      </w:pPr>
      <w:r>
        <w:rPr>
          <w:rFonts w:ascii="Arial" w:hAnsi="Arial" w:cs="Arial"/>
          <w:sz w:val="28"/>
          <w:rtl/>
          <w:szCs w:val="28"/>
        </w:rPr>
        <w:t xml:space="preserve">   ◯ ב. אֶת הַסֵּפֶר שֶׁהַמּוֹרָה מַרְאָה</w:t>
      </w:r>
    </w:p>
    <w:p>
      <w:pPr>
        <w:bidi/>
        <w:jc w:val="right"/>
      </w:pPr>
      <w:r>
        <w:rPr>
          <w:rFonts w:ascii="Arial" w:hAnsi="Arial" w:cs="Arial"/>
          <w:sz w:val="28"/>
          <w:rtl/>
          <w:szCs w:val="28"/>
        </w:rPr>
        <w:t xml:space="preserve">   ◯ ג. שְׁנֵי סְפָרִים</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8"/>
          <w:rtl/>
          <w:szCs w:val="28"/>
        </w:rPr>
        <w:t>בַּסּוֹף סוֹפִי כּוֹתֶבֶת בַּמַּחְבֶּרֶת מִלָּה חֲדָשָׁה: "חָבֵר". הִיא פּוֹגֶשֶׁת אֶת אֵלָה וְנוֹעָה.</w:t>
      </w:r>
    </w:p>
    <w:p>
      <w:pPr>
        <w:bidi/>
        <w:jc w:val="right"/>
      </w:pPr>
      <w:r>
        <w:rPr>
          <w:rFonts w:ascii="Arial" w:hAnsi="Arial" w:cs="Arial"/>
          <w:b/>
          <w:sz w:val="28"/>
          <w:rtl/>
          <w:szCs w:val="28"/>
          <w:bCs/>
        </w:rPr>
        <w:t>3. אֵיךְ הִיא תִּקְרָא לָהֶן?</w:t>
      </w:r>
    </w:p>
    <w:p>
      <w:pPr>
        <w:bidi/>
        <w:jc w:val="right"/>
      </w:pPr>
      <w:r>
        <w:rPr>
          <w:rFonts w:ascii="Arial" w:hAnsi="Arial" w:cs="Arial"/>
          <w:sz w:val="28"/>
          <w:rtl/>
          <w:szCs w:val="28"/>
        </w:rPr>
        <w:t xml:space="preserve">   ◯ א. חָבֵר</w:t>
      </w:r>
    </w:p>
    <w:p>
      <w:pPr>
        <w:bidi/>
        <w:jc w:val="right"/>
      </w:pPr>
      <w:r>
        <w:rPr>
          <w:rFonts w:ascii="Arial" w:hAnsi="Arial" w:cs="Arial"/>
          <w:sz w:val="28"/>
          <w:rtl/>
          <w:szCs w:val="28"/>
        </w:rPr>
        <w:t xml:space="preserve">   ◯ ב. חֲבֵרִים</w:t>
      </w:r>
    </w:p>
    <w:p>
      <w:pPr>
        <w:bidi/>
        <w:jc w:val="right"/>
      </w:pPr>
      <w:r>
        <w:rPr>
          <w:rFonts w:ascii="Arial" w:hAnsi="Arial" w:cs="Arial"/>
          <w:sz w:val="28"/>
          <w:rtl/>
          <w:szCs w:val="28"/>
        </w:rPr>
        <w:t xml:space="preserve">   ◯ ג. חֲבֵרוֹת</w:t>
      </w:r>
    </w:p>
    <w:p>
      <w:pPr>
        <w:bidi/>
        <w:jc w:val="right"/>
      </w:pPr>
      <w:r>
        <w:rPr>
          <w:rFonts w:ascii="Arial" w:hAnsi="Arial" w:cs="Arial"/>
          <w:sz w:val="28"/>
          <w:rtl/>
          <w:szCs w:val="28"/>
        </w:rPr>
        <w:t>מה קרה באמת? ____________________________</w:t>
      </w:r>
    </w:p>
    <w:p>
      <w:pPr>
        <w:bidi/>
        <w:pStyle w:val="Heading2"/>
        <w:jc w:val="right"/>
      </w:pPr>
      <w:r>
        <w:rPr>
          <w:rFonts w:ascii="Arial" w:hAnsi="Arial" w:cs="Arial"/>
          <w:b/>
          <w:color w:val="6A3FD4"/>
          <w:sz w:val="32"/>
          <w:rtl/>
          <w:szCs w:val="32"/>
          <w:bCs/>
        </w:rPr>
        <w:t>🧩 יוֹצֵא דֹּפֶן</w:t>
      </w:r>
    </w:p>
    <w:p>
      <w:pPr>
        <w:bidi/>
        <w:jc w:val="right"/>
      </w:pPr>
      <w:r>
        <w:rPr>
          <w:rFonts w:ascii="Arial" w:hAnsi="Arial" w:cs="Arial"/>
          <w:b/>
          <w:sz w:val="28"/>
          <w:rtl/>
          <w:szCs w:val="28"/>
          <w:bCs/>
        </w:rPr>
        <w:t>1. מי יוצא הדופן?</w:t>
      </w:r>
    </w:p>
    <w:p>
      <w:pPr>
        <w:bidi/>
        <w:jc w:val="right"/>
      </w:pPr>
      <w:r>
        <w:rPr>
          <w:rFonts w:ascii="Arial" w:hAnsi="Arial" w:cs="Arial"/>
          <w:sz w:val="28"/>
          <w:rtl/>
          <w:szCs w:val="28"/>
        </w:rPr>
        <w:t xml:space="preserve">   ◯ א. סְפָרִים</w:t>
      </w:r>
    </w:p>
    <w:p>
      <w:pPr>
        <w:bidi/>
        <w:jc w:val="right"/>
      </w:pPr>
      <w:r>
        <w:rPr>
          <w:rFonts w:ascii="Arial" w:hAnsi="Arial" w:cs="Arial"/>
          <w:sz w:val="28"/>
          <w:rtl/>
          <w:szCs w:val="28"/>
        </w:rPr>
        <w:t xml:space="preserve">   ◯ ב. מִלִּים</w:t>
      </w:r>
    </w:p>
    <w:p>
      <w:pPr>
        <w:bidi/>
        <w:jc w:val="right"/>
      </w:pPr>
      <w:r>
        <w:rPr>
          <w:rFonts w:ascii="Arial" w:hAnsi="Arial" w:cs="Arial"/>
          <w:sz w:val="28"/>
          <w:rtl/>
          <w:szCs w:val="28"/>
        </w:rPr>
        <w:t xml:space="preserve">   ◯ ג. תַּלְמִידִים</w:t>
      </w:r>
    </w:p>
    <w:p>
      <w:pPr>
        <w:bidi/>
        <w:jc w:val="right"/>
      </w:pPr>
      <w:r>
        <w:rPr>
          <w:rFonts w:ascii="Arial" w:hAnsi="Arial" w:cs="Arial"/>
          <w:sz w:val="28"/>
          <w:rtl/>
          <w:szCs w:val="28"/>
        </w:rPr>
        <w:t xml:space="preserve">   ◯ ד. תִּיק</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תִּיק – אֶחָד; הַשְּׁאָר – הַרְבֵּה</w:t>
      </w:r>
    </w:p>
    <w:p>
      <w:pPr>
        <w:bidi/>
        <w:jc w:val="right"/>
      </w:pPr>
      <w:r>
        <w:rPr>
          <w:rFonts w:ascii="Arial" w:hAnsi="Arial" w:cs="Arial"/>
          <w:sz w:val="28"/>
          <w:rtl/>
          <w:szCs w:val="28"/>
        </w:rPr>
        <w:t xml:space="preserve">   ◯ ב. תִּיק כָּבֵד</w:t>
      </w:r>
    </w:p>
    <w:p>
      <w:pPr>
        <w:bidi/>
        <w:jc w:val="right"/>
      </w:pPr>
      <w:r>
        <w:rPr>
          <w:rFonts w:ascii="Arial" w:hAnsi="Arial" w:cs="Arial"/>
          <w:sz w:val="28"/>
          <w:rtl/>
          <w:szCs w:val="28"/>
        </w:rPr>
        <w:t xml:space="preserve">   ◯ ג. תִּיק צִבְעוֹנִי</w:t>
      </w:r>
    </w:p>
    <w:p>
      <w:pPr>
        <w:bidi/>
        <w:jc w:val="right"/>
      </w:pPr>
      <w:r>
        <w:rPr>
          <w:rFonts w:ascii="Arial" w:hAnsi="Arial" w:cs="Arial"/>
          <w:b/>
          <w:sz w:val="28"/>
          <w:rtl/>
          <w:szCs w:val="28"/>
          <w:bCs/>
        </w:rPr>
        <w:t>2. מי יוצא הדופן?</w:t>
      </w:r>
    </w:p>
    <w:p>
      <w:pPr>
        <w:bidi/>
        <w:jc w:val="right"/>
      </w:pPr>
      <w:r>
        <w:rPr>
          <w:rFonts w:ascii="Arial" w:hAnsi="Arial" w:cs="Arial"/>
          <w:sz w:val="28"/>
          <w:rtl/>
          <w:szCs w:val="28"/>
        </w:rPr>
        <w:t xml:space="preserve">   ◯ א. הַתִּיק</w:t>
      </w:r>
    </w:p>
    <w:p>
      <w:pPr>
        <w:bidi/>
        <w:jc w:val="right"/>
      </w:pPr>
      <w:r>
        <w:rPr>
          <w:rFonts w:ascii="Arial" w:hAnsi="Arial" w:cs="Arial"/>
          <w:sz w:val="28"/>
          <w:rtl/>
          <w:szCs w:val="28"/>
        </w:rPr>
        <w:t xml:space="preserve">   ◯ ב. הַסֵּפֶר</w:t>
      </w:r>
    </w:p>
    <w:p>
      <w:pPr>
        <w:bidi/>
        <w:jc w:val="right"/>
      </w:pPr>
      <w:r>
        <w:rPr>
          <w:rFonts w:ascii="Arial" w:hAnsi="Arial" w:cs="Arial"/>
          <w:sz w:val="28"/>
          <w:rtl/>
          <w:szCs w:val="28"/>
        </w:rPr>
        <w:t xml:space="preserve">   ◯ ג. סֵפֶר</w:t>
      </w:r>
    </w:p>
    <w:p>
      <w:pPr>
        <w:bidi/>
        <w:jc w:val="right"/>
      </w:pPr>
      <w:r>
        <w:rPr>
          <w:rFonts w:ascii="Arial" w:hAnsi="Arial" w:cs="Arial"/>
          <w:sz w:val="28"/>
          <w:rtl/>
          <w:szCs w:val="28"/>
        </w:rPr>
        <w:t xml:space="preserve">   ◯ ד. הַכִּתָּה</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"סֵפֶר" – בְּלִי ה׳; זֶה סְתָם סֵפֶר, לֹא מֻכָּר</w:t>
      </w:r>
    </w:p>
    <w:p>
      <w:pPr>
        <w:bidi/>
        <w:jc w:val="right"/>
      </w:pPr>
      <w:r>
        <w:rPr>
          <w:rFonts w:ascii="Arial" w:hAnsi="Arial" w:cs="Arial"/>
          <w:sz w:val="28"/>
          <w:rtl/>
          <w:szCs w:val="28"/>
        </w:rPr>
        <w:t xml:space="preserve">   ◯ ב. "סֵפֶר" קָטָן</w:t>
      </w:r>
    </w:p>
    <w:p>
      <w:pPr>
        <w:bidi/>
        <w:jc w:val="right"/>
      </w:pPr>
      <w:r>
        <w:rPr>
          <w:rFonts w:ascii="Arial" w:hAnsi="Arial" w:cs="Arial"/>
          <w:sz w:val="28"/>
          <w:rtl/>
          <w:szCs w:val="28"/>
        </w:rPr>
        <w:t xml:space="preserve">   ◯ ג. "סֵפֶר" יָשָׁן</w:t>
      </w:r>
    </w:p>
    <w:p>
      <w:pPr>
        <w:bidi/>
        <w:jc w:val="right"/>
      </w:pPr>
      <w:r>
        <w:rPr>
          <w:rFonts w:ascii="Arial" w:hAnsi="Arial" w:cs="Arial"/>
          <w:b/>
          <w:sz w:val="28"/>
          <w:rtl/>
          <w:szCs w:val="28"/>
          <w:bCs/>
        </w:rPr>
        <w:t>3. מי יוצא הדופן?</w:t>
      </w:r>
    </w:p>
    <w:p>
      <w:pPr>
        <w:bidi/>
        <w:jc w:val="right"/>
      </w:pPr>
      <w:r>
        <w:rPr>
          <w:rFonts w:ascii="Arial" w:hAnsi="Arial" w:cs="Arial"/>
          <w:sz w:val="28"/>
          <w:rtl/>
          <w:szCs w:val="28"/>
        </w:rPr>
        <w:t xml:space="preserve">   ◯ א. מוֹרָה</w:t>
      </w:r>
    </w:p>
    <w:p>
      <w:pPr>
        <w:bidi/>
        <w:jc w:val="right"/>
      </w:pPr>
      <w:r>
        <w:rPr>
          <w:rFonts w:ascii="Arial" w:hAnsi="Arial" w:cs="Arial"/>
          <w:sz w:val="28"/>
          <w:rtl/>
          <w:szCs w:val="28"/>
        </w:rPr>
        <w:t xml:space="preserve">   ◯ ב. תַּלְמִידָה</w:t>
      </w:r>
    </w:p>
    <w:p>
      <w:pPr>
        <w:bidi/>
        <w:jc w:val="right"/>
      </w:pPr>
      <w:r>
        <w:rPr>
          <w:rFonts w:ascii="Arial" w:hAnsi="Arial" w:cs="Arial"/>
          <w:sz w:val="28"/>
          <w:rtl/>
          <w:szCs w:val="28"/>
        </w:rPr>
        <w:t xml:space="preserve">   ◯ ג. חַלּוֹן</w:t>
      </w:r>
    </w:p>
    <w:p>
      <w:pPr>
        <w:bidi/>
        <w:jc w:val="right"/>
      </w:pPr>
      <w:r>
        <w:rPr>
          <w:rFonts w:ascii="Arial" w:hAnsi="Arial" w:cs="Arial"/>
          <w:sz w:val="28"/>
          <w:rtl/>
          <w:szCs w:val="28"/>
        </w:rPr>
        <w:t xml:space="preserve">   ◯ ד. מַחְבֶּרֶת</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חַלּוֹן גָּדוֹל</w:t>
      </w:r>
    </w:p>
    <w:p>
      <w:pPr>
        <w:bidi/>
        <w:jc w:val="right"/>
      </w:pPr>
      <w:r>
        <w:rPr>
          <w:rFonts w:ascii="Arial" w:hAnsi="Arial" w:cs="Arial"/>
          <w:sz w:val="28"/>
          <w:rtl/>
          <w:szCs w:val="28"/>
        </w:rPr>
        <w:t xml:space="preserve">   ◯ ב. חַלּוֹן – זָכָר; הַשְּׁאָר – נְקֵבָה</w:t>
      </w:r>
    </w:p>
    <w:p>
      <w:pPr>
        <w:bidi/>
        <w:jc w:val="right"/>
      </w:pPr>
      <w:r>
        <w:rPr>
          <w:rFonts w:ascii="Arial" w:hAnsi="Arial" w:cs="Arial"/>
          <w:sz w:val="28"/>
          <w:rtl/>
          <w:szCs w:val="28"/>
        </w:rPr>
        <w:t xml:space="preserve">   ◯ ג. חַלּוֹן בַּכִּתָּה</w:t>
      </w:r>
    </w:p>
    <w:p>
      <w:pPr>
        <w:bidi/>
        <w:jc w:val="right"/>
      </w:pPr>
      <w:r>
        <w:rPr>
          <w:rFonts w:ascii="Arial" w:hAnsi="Arial" w:cs="Arial"/>
          <w:b/>
          <w:sz w:val="28"/>
          <w:rtl/>
          <w:szCs w:val="28"/>
          <w:bCs/>
        </w:rPr>
        <w:t>4. מי יוצא הדופן?</w:t>
      </w:r>
    </w:p>
    <w:p>
      <w:pPr>
        <w:bidi/>
        <w:jc w:val="right"/>
      </w:pPr>
      <w:r>
        <w:rPr>
          <w:rFonts w:ascii="Arial" w:hAnsi="Arial" w:cs="Arial"/>
          <w:sz w:val="28"/>
          <w:rtl/>
          <w:szCs w:val="28"/>
        </w:rPr>
        <w:t xml:space="preserve">   ◯ א. צָרְפַת</w:t>
      </w:r>
    </w:p>
    <w:p>
      <w:pPr>
        <w:bidi/>
        <w:jc w:val="right"/>
      </w:pPr>
      <w:r>
        <w:rPr>
          <w:rFonts w:ascii="Arial" w:hAnsi="Arial" w:cs="Arial"/>
          <w:sz w:val="28"/>
          <w:rtl/>
          <w:szCs w:val="28"/>
        </w:rPr>
        <w:t xml:space="preserve">   ◯ ב. אַרְגֶּנְטִינָה</w:t>
      </w:r>
    </w:p>
    <w:p>
      <w:pPr>
        <w:bidi/>
        <w:jc w:val="right"/>
      </w:pPr>
      <w:r>
        <w:rPr>
          <w:rFonts w:ascii="Arial" w:hAnsi="Arial" w:cs="Arial"/>
          <w:sz w:val="28"/>
          <w:rtl/>
          <w:szCs w:val="28"/>
        </w:rPr>
        <w:t xml:space="preserve">   ◯ ג. סוֹפִי</w:t>
      </w:r>
    </w:p>
    <w:p>
      <w:pPr>
        <w:bidi/>
        <w:jc w:val="right"/>
      </w:pPr>
      <w:r>
        <w:rPr>
          <w:rFonts w:ascii="Arial" w:hAnsi="Arial" w:cs="Arial"/>
          <w:sz w:val="28"/>
          <w:rtl/>
          <w:szCs w:val="28"/>
        </w:rPr>
        <w:t xml:space="preserve">   ◯ ד. אֶתְיוֹפְּיָה</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סוֹפִי – שֵׁם שֶׁל בַּת; הַשְּׁאָר – אֲרָצוֹת</w:t>
      </w:r>
    </w:p>
    <w:p>
      <w:pPr>
        <w:bidi/>
        <w:jc w:val="right"/>
      </w:pPr>
      <w:r>
        <w:rPr>
          <w:rFonts w:ascii="Arial" w:hAnsi="Arial" w:cs="Arial"/>
          <w:sz w:val="28"/>
          <w:rtl/>
          <w:szCs w:val="28"/>
        </w:rPr>
        <w:t xml:space="preserve">   ◯ ב. סוֹפִי נֶחְמָדָה</w:t>
      </w:r>
    </w:p>
    <w:p>
      <w:pPr>
        <w:bidi/>
        <w:jc w:val="right"/>
      </w:pPr>
      <w:r>
        <w:rPr>
          <w:rFonts w:ascii="Arial" w:hAnsi="Arial" w:cs="Arial"/>
          <w:sz w:val="28"/>
          <w:rtl/>
          <w:szCs w:val="28"/>
        </w:rPr>
        <w:t xml:space="preserve">   ◯ ג. סוֹפִי חֲדָשָׁה</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8"/>
          <w:rtl/>
          <w:szCs w:val="28"/>
          <w:bCs/>
        </w:rPr>
        <w:t>1. מָה הָרַעְיוֹן הַמֶּרְכָּזִי שֶׁל הַטֶּקְסְט ״אָז״?</w:t>
      </w:r>
    </w:p>
    <w:p>
      <w:pPr>
        <w:bidi/>
        <w:jc w:val="right"/>
      </w:pPr>
      <w:r>
        <w:rPr>
          <w:rFonts w:ascii="Arial" w:hAnsi="Arial" w:cs="Arial"/>
          <w:sz w:val="28"/>
          <w:rtl/>
          <w:szCs w:val="28"/>
        </w:rPr>
        <w:t xml:space="preserve">   ◯ א. יֶלֶד חָדָשׁ מוֹצֵא חָבֵר רִאשׁוֹן</w:t>
      </w:r>
    </w:p>
    <w:p>
      <w:pPr>
        <w:bidi/>
        <w:jc w:val="right"/>
      </w:pPr>
      <w:r>
        <w:rPr>
          <w:rFonts w:ascii="Arial" w:hAnsi="Arial" w:cs="Arial"/>
          <w:sz w:val="28"/>
          <w:rtl/>
          <w:szCs w:val="28"/>
        </w:rPr>
        <w:t xml:space="preserve">   ◯ ב. אֵיךְ מְבַשְּׁלִים סָלָט</w:t>
      </w:r>
    </w:p>
    <w:p>
      <w:pPr>
        <w:bidi/>
        <w:jc w:val="right"/>
      </w:pPr>
      <w:r>
        <w:rPr>
          <w:rFonts w:ascii="Arial" w:hAnsi="Arial" w:cs="Arial"/>
          <w:sz w:val="28"/>
          <w:rtl/>
          <w:szCs w:val="28"/>
        </w:rPr>
        <w:t xml:space="preserve">   ◯ ג. מָה הַמּוֹרָה לָבְשָׁה</w:t>
      </w:r>
    </w:p>
    <w:p>
      <w:pPr>
        <w:bidi/>
        <w:jc w:val="right"/>
      </w:pPr>
      <w:r>
        <w:rPr>
          <w:rFonts w:ascii="Arial" w:hAnsi="Arial" w:cs="Arial"/>
          <w:sz w:val="28"/>
          <w:rtl/>
          <w:szCs w:val="28"/>
        </w:rPr>
        <w:t xml:space="preserve">   ◯ ד. מֶזֶג הָאֲוִיר</w:t>
      </w:r>
    </w:p>
    <w:p>
      <w:pPr>
        <w:bidi/>
        <w:jc w:val="right"/>
      </w:pPr>
      <w:r>
        <w:rPr>
          <w:rFonts w:ascii="Arial" w:hAnsi="Arial" w:cs="Arial"/>
          <w:b/>
          <w:sz w:val="28"/>
          <w:rtl/>
          <w:szCs w:val="28"/>
          <w:bCs/>
        </w:rPr>
        <w:t>2. מָה תַּפְקִיד הַמִּשְׁפָּט ״יַלְדָּה אַחַת נָתְנָה לִי מַזְלֵף״?</w:t>
      </w:r>
    </w:p>
    <w:p>
      <w:pPr>
        <w:bidi/>
        <w:jc w:val="right"/>
      </w:pPr>
      <w:r>
        <w:rPr>
          <w:rFonts w:ascii="Arial" w:hAnsi="Arial" w:cs="Arial"/>
          <w:sz w:val="28"/>
          <w:rtl/>
          <w:szCs w:val="28"/>
        </w:rPr>
        <w:t xml:space="preserve">   ◯ א. הוּא שׁוֹאֵל שְׁאֵלָה</w:t>
      </w:r>
    </w:p>
    <w:p>
      <w:pPr>
        <w:bidi/>
        <w:jc w:val="right"/>
      </w:pPr>
      <w:r>
        <w:rPr>
          <w:rFonts w:ascii="Arial" w:hAnsi="Arial" w:cs="Arial"/>
          <w:sz w:val="28"/>
          <w:rtl/>
          <w:szCs w:val="28"/>
        </w:rPr>
        <w:t xml:space="preserve">   ◯ ב. הוּא מַרְאֶה אֶת הָרֶגַע שֶׁהַכֹּל הִשְׁתַּנָּה</w:t>
      </w:r>
    </w:p>
    <w:p>
      <w:pPr>
        <w:bidi/>
        <w:jc w:val="right"/>
      </w:pPr>
      <w:r>
        <w:rPr>
          <w:rFonts w:ascii="Arial" w:hAnsi="Arial" w:cs="Arial"/>
          <w:sz w:val="28"/>
          <w:rtl/>
          <w:szCs w:val="28"/>
        </w:rPr>
        <w:t xml:space="preserve">   ◯ ג. הוּא נוֹתֵן מִסְפָּר</w:t>
      </w:r>
    </w:p>
    <w:p>
      <w:pPr>
        <w:bidi/>
        <w:jc w:val="right"/>
      </w:pPr>
      <w:r>
        <w:rPr>
          <w:rFonts w:ascii="Arial" w:hAnsi="Arial" w:cs="Arial"/>
          <w:sz w:val="28"/>
          <w:rtl/>
          <w:szCs w:val="28"/>
        </w:rPr>
        <w:t xml:space="preserve">   ◯ ד. הוּא מְסַכֵּם אֶת כָּל הַשָּׁנָה</w:t>
      </w:r>
    </w:p>
    <w:p>
      <w:pPr>
        <w:bidi/>
        <w:jc w:val="right"/>
      </w:pPr>
      <w:r>
        <w:rPr>
          <w:rFonts w:ascii="Arial" w:hAnsi="Arial" w:cs="Arial"/>
          <w:b/>
          <w:sz w:val="28"/>
          <w:rtl/>
          <w:szCs w:val="28"/>
          <w:bCs/>
        </w:rPr>
        <w:t>3. מָה הַהֶבְדֵּל בֵּין שְׁנֵי הַטְּקָסְטִים?</w:t>
      </w:r>
    </w:p>
    <w:p>
      <w:pPr>
        <w:bidi/>
        <w:jc w:val="right"/>
      </w:pPr>
      <w:r>
        <w:rPr>
          <w:rFonts w:ascii="Arial" w:hAnsi="Arial" w:cs="Arial"/>
          <w:sz w:val="28"/>
          <w:rtl/>
          <w:szCs w:val="28"/>
        </w:rPr>
        <w:t xml:space="preserve">   ◯ א. אֵין הֶבְדֵּל</w:t>
      </w:r>
    </w:p>
    <w:p>
      <w:pPr>
        <w:bidi/>
        <w:jc w:val="right"/>
      </w:pPr>
      <w:r>
        <w:rPr>
          <w:rFonts w:ascii="Arial" w:hAnsi="Arial" w:cs="Arial"/>
          <w:sz w:val="28"/>
          <w:rtl/>
          <w:szCs w:val="28"/>
        </w:rPr>
        <w:t xml:space="preserve">   ◯ ב. בַּשֵּׁנִי הוּא לְבַד</w:t>
      </w:r>
    </w:p>
    <w:p>
      <w:pPr>
        <w:bidi/>
        <w:jc w:val="right"/>
      </w:pPr>
      <w:r>
        <w:rPr>
          <w:rFonts w:ascii="Arial" w:hAnsi="Arial" w:cs="Arial"/>
          <w:sz w:val="28"/>
          <w:rtl/>
          <w:szCs w:val="28"/>
        </w:rPr>
        <w:t xml:space="preserve">   ◯ ג. בָּרִאשׁוֹן יֵשׁ לוֹ חֲבֵרִים</w:t>
      </w:r>
    </w:p>
    <w:p>
      <w:pPr>
        <w:bidi/>
        <w:jc w:val="right"/>
      </w:pPr>
      <w:r>
        <w:rPr>
          <w:rFonts w:ascii="Arial" w:hAnsi="Arial" w:cs="Arial"/>
          <w:sz w:val="28"/>
          <w:rtl/>
          <w:szCs w:val="28"/>
        </w:rPr>
        <w:t xml:space="preserve">   ◯ ד. בָּרִאשׁוֹן הוּא לְבַד, בַּשֵּׁנִי יֵשׁ לוֹ חֲבֵרִים</w:t>
      </w:r>
    </w:p>
    <w:p>
      <w:pPr>
        <w:bidi/>
        <w:jc w:val="right"/>
      </w:pPr>
      <w:r>
        <w:rPr>
          <w:rFonts w:ascii="Arial" w:hAnsi="Arial" w:cs="Arial"/>
          <w:b/>
          <w:sz w:val="28"/>
          <w:rtl/>
          <w:szCs w:val="28"/>
          <w:bCs/>
        </w:rPr>
        <w:t>4. לָמָּה כָּתוּב ״הַיּוֹם״ בִּתְחִלַּת הַטֶּקְסְט הַשֵּׁנִי?</w:t>
      </w:r>
    </w:p>
    <w:p>
      <w:pPr>
        <w:bidi/>
        <w:jc w:val="right"/>
      </w:pPr>
      <w:r>
        <w:rPr>
          <w:rFonts w:ascii="Arial" w:hAnsi="Arial" w:cs="Arial"/>
          <w:sz w:val="28"/>
          <w:rtl/>
          <w:szCs w:val="28"/>
        </w:rPr>
        <w:t xml:space="preserve">   ◯ א. כְּדֵי לְהַרְאוֹת זְמַן חָדָשׁ</w:t>
      </w:r>
    </w:p>
    <w:p>
      <w:pPr>
        <w:bidi/>
        <w:jc w:val="right"/>
      </w:pPr>
      <w:r>
        <w:rPr>
          <w:rFonts w:ascii="Arial" w:hAnsi="Arial" w:cs="Arial"/>
          <w:sz w:val="28"/>
          <w:rtl/>
          <w:szCs w:val="28"/>
        </w:rPr>
        <w:t xml:space="preserve">   ◯ ב. כְּדֵי לִשְׁאֹל</w:t>
      </w:r>
    </w:p>
    <w:p>
      <w:pPr>
        <w:bidi/>
        <w:jc w:val="right"/>
      </w:pPr>
      <w:r>
        <w:rPr>
          <w:rFonts w:ascii="Arial" w:hAnsi="Arial" w:cs="Arial"/>
          <w:sz w:val="28"/>
          <w:rtl/>
          <w:szCs w:val="28"/>
        </w:rPr>
        <w:t xml:space="preserve">   ◯ ג. כְּדֵי לְהַגִּיד מָקוֹם</w:t>
      </w:r>
    </w:p>
    <w:p>
      <w:pPr>
        <w:bidi/>
        <w:jc w:val="right"/>
      </w:pPr>
      <w:r>
        <w:rPr>
          <w:rFonts w:ascii="Arial" w:hAnsi="Arial" w:cs="Arial"/>
          <w:sz w:val="28"/>
          <w:rtl/>
          <w:szCs w:val="28"/>
        </w:rPr>
        <w:t xml:space="preserve">   ◯ ד. כְּדֵי לִסְפֹּר</w:t>
      </w:r>
    </w:p>
    <w:p>
      <w:pPr>
        <w:bidi/>
        <w:jc w:val="right"/>
      </w:pPr>
      <w:r>
        <w:rPr>
          <w:rFonts w:ascii="Arial" w:hAnsi="Arial" w:cs="Arial"/>
          <w:b/>
          <w:sz w:val="28"/>
          <w:rtl/>
          <w:szCs w:val="28"/>
          <w:bCs/>
        </w:rPr>
        <w:t>5. מָה אֶפְשָׁר לִלְמֹד מֵהַמִּשְׁפָּט ״אֲנִי מְלַמֵּד אוֹתָם מִלָּה בַּשָּׂפָה שֶׁלִּי״?</w:t>
      </w:r>
    </w:p>
    <w:p>
      <w:pPr>
        <w:bidi/>
        <w:jc w:val="right"/>
      </w:pPr>
      <w:r>
        <w:rPr>
          <w:rFonts w:ascii="Arial" w:hAnsi="Arial" w:cs="Arial"/>
          <w:sz w:val="28"/>
          <w:rtl/>
          <w:szCs w:val="28"/>
        </w:rPr>
        <w:t xml:space="preserve">   ◯ א. שֶׁהוּא שָׁכַח עִבְרִית</w:t>
      </w:r>
    </w:p>
    <w:p>
      <w:pPr>
        <w:bidi/>
        <w:jc w:val="right"/>
      </w:pPr>
      <w:r>
        <w:rPr>
          <w:rFonts w:ascii="Arial" w:hAnsi="Arial" w:cs="Arial"/>
          <w:sz w:val="28"/>
          <w:rtl/>
          <w:szCs w:val="28"/>
        </w:rPr>
        <w:t xml:space="preserve">   ◯ ב. שֶׁגַּם לוֹ יֵשׁ מָה לָתֵת</w:t>
      </w:r>
    </w:p>
    <w:p>
      <w:pPr>
        <w:bidi/>
        <w:jc w:val="right"/>
      </w:pPr>
      <w:r>
        <w:rPr>
          <w:rFonts w:ascii="Arial" w:hAnsi="Arial" w:cs="Arial"/>
          <w:sz w:val="28"/>
          <w:rtl/>
          <w:szCs w:val="28"/>
        </w:rPr>
        <w:t xml:space="preserve">   ◯ ג. שֶׁהוּא לֹא אוֹהֵב אֶת הַכִּתָּה</w:t>
      </w:r>
    </w:p>
    <w:p>
      <w:pPr>
        <w:bidi/>
        <w:jc w:val="right"/>
      </w:pPr>
      <w:r>
        <w:rPr>
          <w:rFonts w:ascii="Arial" w:hAnsi="Arial" w:cs="Arial"/>
          <w:sz w:val="28"/>
          <w:rtl/>
          <w:szCs w:val="28"/>
        </w:rPr>
        <w:t xml:space="preserve">   ◯ ד. שֶׁהוּא מוֹרֶה</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היגד</w:t>
            </w:r>
          </w:p>
        </w:tc>
        <w:tc>
          <w:tcPr>
            <w:tcW w:type="dxa" w:w="3475"/>
            <w:shd w:val="clear" w:fill="E5DBFF"/>
          </w:tcPr>
          <w:p>
            <w:pPr>
              <w:bidi/>
              <w:jc w:val="right"/>
            </w:pPr>
            <w:r>
              <w:rPr>
                <w:rFonts w:ascii="Arial" w:hAnsi="Arial" w:cs="Arial"/>
                <w:b/>
                <w:sz w:val="26"/>
                <w:rtl/>
                <w:szCs w:val="26"/>
                <w:bCs/>
              </w:rPr>
              <w:t>נכון</w:t>
            </w:r>
          </w:p>
        </w:tc>
        <w:tc>
          <w:tcPr>
            <w:tcW w:type="dxa" w:w="3475"/>
            <w:shd w:val="clear" w:fill="E5DBFF"/>
          </w:tcPr>
          <w:p>
            <w:pPr>
              <w:bidi/>
              <w:jc w:val="right"/>
            </w:pPr>
            <w:r>
              <w:rPr>
                <w:rFonts w:ascii="Arial" w:hAnsi="Arial" w:cs="Arial"/>
                <w:b/>
                <w:sz w:val="26"/>
                <w:rtl/>
                <w:szCs w:val="26"/>
                <w:bCs/>
              </w:rPr>
              <w:t>לא נכון</w:t>
            </w:r>
          </w:p>
        </w:tc>
      </w:tr>
      <w:tr>
        <w:tc>
          <w:tcPr>
            <w:tcW w:type="dxa" w:w="3475"/>
          </w:tcPr>
          <w:p>
            <w:pPr>
              <w:bidi/>
              <w:jc w:val="right"/>
            </w:pPr>
            <w:r>
              <w:rPr>
                <w:rFonts w:ascii="Arial" w:hAnsi="Arial" w:cs="Arial"/>
                <w:sz w:val="26"/>
                <w:rtl/>
                <w:szCs w:val="26"/>
              </w:rPr>
              <w:t>״פְּרָחִים״ הִיא מִלָּה בְּרַבִּים.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״גִּנָּה״ הִיא מִלָּה בְּזָכָר.</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״לַגִּנָּה״ – יֵשׁ כָּאן ה״א הַיְּדִיעָה.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לְ״גַן״ וּלְ״סֵפֶר״ יֵשׁ אוֹתוֹ שֹׁרֶשׁ.</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״הָעֵץ גָּבוֹהַּ״ – הַמִּשְׁפָּט נָכוֹן.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״שְׁנֵי פֶּרַח״ – זֶה נָכוֹן.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זֶרַע הוּא דָּבָר קָטָן.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בַּגִּנָּה גָּדְלוּ רַק עֵצִים.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8"/>
          <w:rtl/>
          <w:szCs w:val="28"/>
        </w:rPr>
        <w:t>מחסן: וְגַם · כִּי · לָכֵן · אֲבָל · אַחֲרֵי</w:t>
      </w:r>
    </w:p>
    <w:p>
      <w:pPr>
        <w:bidi/>
        <w:jc w:val="right"/>
      </w:pPr>
      <w:r>
        <w:rPr>
          <w:rFonts w:ascii="Arial" w:hAnsi="Arial" w:cs="Arial"/>
          <w:b/>
          <w:color w:val="6A3FD4"/>
          <w:sz w:val="26"/>
          <w:rtl/>
          <w:szCs w:val="26"/>
          <w:bCs/>
        </w:rPr>
        <w:t>▌ השלימו</w:t>
      </w:r>
    </w:p>
    <w:p>
      <w:pPr>
        <w:bidi/>
        <w:jc w:val="right"/>
      </w:pPr>
      <w:r>
        <w:rPr>
          <w:rFonts w:ascii="Arial" w:hAnsi="Arial" w:cs="Arial"/>
          <w:sz w:val="28"/>
          <w:rtl/>
          <w:szCs w:val="28"/>
        </w:rPr>
        <w:t>שָׁתַלְנוּ זְרָעִים, (1)________ רָצִינוּ פְּרָחִים. חִכִּינוּ הַרְבֵּה, (2)________ לֹא רָאִינוּ כְּלוּם. (3)________ שָׁבוּעַ יָצְאוּ נִצָּנִים. הַגִּנָּה גָּדְלָה, (4)________ כֻּלָּנוּ שָׂמַחְנוּ.</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8"/>
          <w:rtl/>
          <w:szCs w:val="28"/>
        </w:rPr>
        <w:t>בטקסט 4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הַכִּתָּה הָלְכָה לְהַגִּנָּה. רָאִינוּ שְׁנֵי פֶּרַח. הַגִּנָּה גָּדוֹל. כֻּלָּנוּ שָׂמֵחַ.</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גִּנָּה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פֶּרַח</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זֶרַע</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שֹׁרֶשׁ</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ה״א הַיְּדִיעָה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זָכָר</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מָקוֹם עִם צְמָחִים וּפְרָחִים.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חֵלֶק צִבְעוֹנִי שֶׁל צֶמַח.</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דָּבָר קָטָן שֶׁמִּמֶּנּוּ גָּדֵל צֶמַח.</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אוֹתִיּוֹת שֶׁחוֹזְרוֹת בְּמִלִּים דּוֹמוֹת.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 לִפְנֵי מִלָּה שֶׁכְּבָר מַכִּירִים.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מִלָּה שֶׁאוֹמְרִים עָלֶיהָ ״הוּא״.</w:t>
            </w:r>
          </w:p>
        </w:tc>
      </w:tr>
    </w:tbl>
    <w:p>
      <w:pPr>
        <w:bidi/>
        <w:jc w:val="right"/>
      </w:pPr>
    </w:p>
    <w:p>
      <w:pPr>
        <w:bidi/>
        <w:jc w:val="right"/>
      </w:pPr>
      <w:r>
        <w:rPr>
          <w:rFonts w:ascii="Arial" w:hAnsi="Arial" w:cs="Arial"/>
          <w:color w:val="888888"/>
          <w:sz w:val="22"/>
          <w:rtl/>
          <w:szCs w:val="22"/>
        </w:rPr>
        <w:t>✂ - - - - - - - - - - - - - - - - - - - - - - - - - - - - - - - -</w:t>
      </w:r>
    </w:p>
    <w:p>
      <w:pPr>
        <w:bidi/>
        <w:pStyle w:val="Heading2"/>
        <w:jc w:val="right"/>
      </w:pPr>
      <w:r>
        <w:rPr>
          <w:rFonts w:ascii="Arial" w:hAnsi="Arial" w:cs="Arial"/>
          <w:b/>
          <w:color w:val="6A3FD4"/>
          <w:sz w:val="32"/>
          <w:rtl/>
          <w:szCs w:val="32"/>
          <w:bCs/>
        </w:rPr>
        <w:t>🌍 מילון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עברית</w:t>
            </w:r>
          </w:p>
        </w:tc>
        <w:tc>
          <w:tcPr>
            <w:tcW w:type="dxa" w:w="2606"/>
            <w:shd w:val="clear" w:fill="E5DBFF"/>
          </w:tcPr>
          <w:p>
            <w:pPr>
              <w:bidi/>
              <w:jc w:val="right"/>
            </w:pPr>
            <w:r>
              <w:rPr>
                <w:rFonts w:ascii="Arial" w:hAnsi="Arial" w:cs="Arial"/>
                <w:b/>
                <w:sz w:val="26"/>
                <w:rtl/>
                <w:szCs w:val="26"/>
                <w:bCs/>
              </w:rPr>
              <w:t>English</w:t>
            </w:r>
          </w:p>
        </w:tc>
        <w:tc>
          <w:tcPr>
            <w:tcW w:type="dxa" w:w="2606"/>
            <w:shd w:val="clear" w:fill="E5DBFF"/>
          </w:tcPr>
          <w:p>
            <w:pPr>
              <w:bidi/>
              <w:jc w:val="right"/>
            </w:pPr>
            <w:r>
              <w:rPr>
                <w:rFonts w:ascii="Arial" w:hAnsi="Arial" w:cs="Arial"/>
                <w:b/>
                <w:sz w:val="26"/>
                <w:rtl/>
                <w:szCs w:val="26"/>
                <w:bCs/>
              </w:rPr>
              <w:t>Русский</w:t>
            </w:r>
          </w:p>
        </w:tc>
        <w:tc>
          <w:tcPr>
            <w:tcW w:type="dxa" w:w="2606"/>
            <w:shd w:val="clear" w:fill="E5DBFF"/>
          </w:tcPr>
          <w:p>
            <w:pPr>
              <w:bidi/>
              <w:jc w:val="right"/>
            </w:pPr>
            <w:r>
              <w:rPr>
                <w:rFonts w:ascii="Arial" w:hAnsi="Arial" w:cs="Arial"/>
                <w:b/>
                <w:sz w:val="26"/>
                <w:rtl/>
                <w:szCs w:val="26"/>
                <w:bCs/>
              </w:rPr>
              <w:t>العربية</w:t>
            </w:r>
          </w:p>
        </w:tc>
      </w:tr>
      <w:tr>
        <w:tc>
          <w:tcPr>
            <w:tcW w:type="dxa" w:w="2606"/>
          </w:tcPr>
          <w:p>
            <w:pPr>
              <w:bidi/>
              <w:jc w:val="right"/>
            </w:pPr>
            <w:r>
              <w:rPr>
                <w:rFonts w:ascii="Arial" w:hAnsi="Arial" w:cs="Arial"/>
                <w:sz w:val="26"/>
                <w:rtl/>
                <w:szCs w:val="26"/>
              </w:rPr>
              <w:t>תַּלְמִידָה</w:t>
            </w:r>
          </w:p>
        </w:tc>
        <w:tc>
          <w:tcPr>
            <w:tcW w:type="dxa" w:w="2606"/>
          </w:tcPr>
          <w:p>
            <w:pPr>
              <w:bidi/>
              <w:jc w:val="right"/>
            </w:pPr>
            <w:r>
              <w:rPr>
                <w:rFonts w:ascii="Arial" w:hAnsi="Arial" w:cs="Arial"/>
                <w:sz w:val="26"/>
                <w:rtl/>
                <w:szCs w:val="26"/>
              </w:rPr>
              <w:t>student (f.)</w:t>
            </w:r>
          </w:p>
        </w:tc>
        <w:tc>
          <w:tcPr>
            <w:tcW w:type="dxa" w:w="2606"/>
          </w:tcPr>
          <w:p>
            <w:pPr>
              <w:bidi/>
              <w:jc w:val="right"/>
            </w:pPr>
            <w:r>
              <w:rPr>
                <w:rFonts w:ascii="Arial" w:hAnsi="Arial" w:cs="Arial"/>
                <w:sz w:val="26"/>
                <w:rtl/>
                <w:szCs w:val="26"/>
              </w:rPr>
              <w:t>ученица</w:t>
            </w:r>
          </w:p>
        </w:tc>
        <w:tc>
          <w:tcPr>
            <w:tcW w:type="dxa" w:w="2606"/>
          </w:tcPr>
          <w:p>
            <w:pPr>
              <w:bidi/>
              <w:jc w:val="right"/>
            </w:pPr>
            <w:r>
              <w:rPr>
                <w:rFonts w:ascii="Arial" w:hAnsi="Arial" w:cs="Arial"/>
                <w:sz w:val="26"/>
                <w:rtl/>
                <w:szCs w:val="26"/>
              </w:rPr>
              <w:t>تلميذة</w:t>
            </w:r>
          </w:p>
        </w:tc>
      </w:tr>
      <w:tr>
        <w:tc>
          <w:tcPr>
            <w:tcW w:type="dxa" w:w="2606"/>
          </w:tcPr>
          <w:p>
            <w:pPr>
              <w:bidi/>
              <w:jc w:val="right"/>
            </w:pPr>
            <w:r>
              <w:rPr>
                <w:rFonts w:ascii="Arial" w:hAnsi="Arial" w:cs="Arial"/>
                <w:sz w:val="26"/>
                <w:rtl/>
                <w:szCs w:val="26"/>
              </w:rPr>
              <w:t>חֲדָשָׁה</w:t>
            </w:r>
          </w:p>
        </w:tc>
        <w:tc>
          <w:tcPr>
            <w:tcW w:type="dxa" w:w="2606"/>
          </w:tcPr>
          <w:p>
            <w:pPr>
              <w:bidi/>
              <w:jc w:val="right"/>
            </w:pPr>
            <w:r>
              <w:rPr>
                <w:rFonts w:ascii="Arial" w:hAnsi="Arial" w:cs="Arial"/>
                <w:sz w:val="26"/>
                <w:rtl/>
                <w:szCs w:val="26"/>
              </w:rPr>
              <w:t>new (f.)</w:t>
            </w:r>
          </w:p>
        </w:tc>
        <w:tc>
          <w:tcPr>
            <w:tcW w:type="dxa" w:w="2606"/>
          </w:tcPr>
          <w:p>
            <w:pPr>
              <w:bidi/>
              <w:jc w:val="right"/>
            </w:pPr>
            <w:r>
              <w:rPr>
                <w:rFonts w:ascii="Arial" w:hAnsi="Arial" w:cs="Arial"/>
                <w:sz w:val="26"/>
                <w:rtl/>
                <w:szCs w:val="26"/>
              </w:rPr>
              <w:t>новая</w:t>
            </w:r>
          </w:p>
        </w:tc>
        <w:tc>
          <w:tcPr>
            <w:tcW w:type="dxa" w:w="2606"/>
          </w:tcPr>
          <w:p>
            <w:pPr>
              <w:bidi/>
              <w:jc w:val="right"/>
            </w:pPr>
            <w:r>
              <w:rPr>
                <w:rFonts w:ascii="Arial" w:hAnsi="Arial" w:cs="Arial"/>
                <w:sz w:val="26"/>
                <w:rtl/>
                <w:szCs w:val="26"/>
              </w:rPr>
              <w:t>جديدة</w:t>
            </w:r>
          </w:p>
        </w:tc>
      </w:tr>
      <w:tr>
        <w:tc>
          <w:tcPr>
            <w:tcW w:type="dxa" w:w="2606"/>
          </w:tcPr>
          <w:p>
            <w:pPr>
              <w:bidi/>
              <w:jc w:val="right"/>
            </w:pPr>
            <w:r>
              <w:rPr>
                <w:rFonts w:ascii="Arial" w:hAnsi="Arial" w:cs="Arial"/>
                <w:sz w:val="26"/>
                <w:rtl/>
                <w:szCs w:val="26"/>
              </w:rPr>
              <w:t>הִגִּיעָה</w:t>
            </w:r>
          </w:p>
        </w:tc>
        <w:tc>
          <w:tcPr>
            <w:tcW w:type="dxa" w:w="2606"/>
          </w:tcPr>
          <w:p>
            <w:pPr>
              <w:bidi/>
              <w:jc w:val="right"/>
            </w:pPr>
            <w:r>
              <w:rPr>
                <w:rFonts w:ascii="Arial" w:hAnsi="Arial" w:cs="Arial"/>
                <w:sz w:val="26"/>
                <w:rtl/>
                <w:szCs w:val="26"/>
              </w:rPr>
              <w:t>arrived (she)</w:t>
            </w:r>
          </w:p>
        </w:tc>
        <w:tc>
          <w:tcPr>
            <w:tcW w:type="dxa" w:w="2606"/>
          </w:tcPr>
          <w:p>
            <w:pPr>
              <w:bidi/>
              <w:jc w:val="right"/>
            </w:pPr>
            <w:r>
              <w:rPr>
                <w:rFonts w:ascii="Arial" w:hAnsi="Arial" w:cs="Arial"/>
                <w:sz w:val="26"/>
                <w:rtl/>
                <w:szCs w:val="26"/>
              </w:rPr>
              <w:t>приехала</w:t>
            </w:r>
          </w:p>
        </w:tc>
        <w:tc>
          <w:tcPr>
            <w:tcW w:type="dxa" w:w="2606"/>
          </w:tcPr>
          <w:p>
            <w:pPr>
              <w:bidi/>
              <w:jc w:val="right"/>
            </w:pPr>
            <w:r>
              <w:rPr>
                <w:rFonts w:ascii="Arial" w:hAnsi="Arial" w:cs="Arial"/>
                <w:sz w:val="26"/>
                <w:rtl/>
                <w:szCs w:val="26"/>
              </w:rPr>
              <w:t>وصلت</w:t>
            </w:r>
          </w:p>
        </w:tc>
      </w:tr>
      <w:tr>
        <w:tc>
          <w:tcPr>
            <w:tcW w:type="dxa" w:w="2606"/>
          </w:tcPr>
          <w:p>
            <w:pPr>
              <w:bidi/>
              <w:jc w:val="right"/>
            </w:pPr>
            <w:r>
              <w:rPr>
                <w:rFonts w:ascii="Arial" w:hAnsi="Arial" w:cs="Arial"/>
                <w:sz w:val="26"/>
                <w:rtl/>
                <w:szCs w:val="26"/>
              </w:rPr>
              <w:t>לוּחַ</w:t>
            </w:r>
          </w:p>
        </w:tc>
        <w:tc>
          <w:tcPr>
            <w:tcW w:type="dxa" w:w="2606"/>
          </w:tcPr>
          <w:p>
            <w:pPr>
              <w:bidi/>
              <w:jc w:val="right"/>
            </w:pPr>
            <w:r>
              <w:rPr>
                <w:rFonts w:ascii="Arial" w:hAnsi="Arial" w:cs="Arial"/>
                <w:sz w:val="26"/>
                <w:rtl/>
                <w:szCs w:val="26"/>
              </w:rPr>
              <w:t>board</w:t>
            </w:r>
          </w:p>
        </w:tc>
        <w:tc>
          <w:tcPr>
            <w:tcW w:type="dxa" w:w="2606"/>
          </w:tcPr>
          <w:p>
            <w:pPr>
              <w:bidi/>
              <w:jc w:val="right"/>
            </w:pPr>
            <w:r>
              <w:rPr>
                <w:rFonts w:ascii="Arial" w:hAnsi="Arial" w:cs="Arial"/>
                <w:sz w:val="26"/>
                <w:rtl/>
                <w:szCs w:val="26"/>
              </w:rPr>
              <w:t>доска</w:t>
            </w:r>
          </w:p>
        </w:tc>
        <w:tc>
          <w:tcPr>
            <w:tcW w:type="dxa" w:w="2606"/>
          </w:tcPr>
          <w:p>
            <w:pPr>
              <w:bidi/>
              <w:jc w:val="right"/>
            </w:pPr>
            <w:r>
              <w:rPr>
                <w:rFonts w:ascii="Arial" w:hAnsi="Arial" w:cs="Arial"/>
                <w:sz w:val="26"/>
                <w:rtl/>
                <w:szCs w:val="26"/>
              </w:rPr>
              <w:t>لوح</w:t>
            </w:r>
          </w:p>
        </w:tc>
      </w:tr>
      <w:tr>
        <w:tc>
          <w:tcPr>
            <w:tcW w:type="dxa" w:w="2606"/>
          </w:tcPr>
          <w:p>
            <w:pPr>
              <w:bidi/>
              <w:jc w:val="right"/>
            </w:pPr>
            <w:r>
              <w:rPr>
                <w:rFonts w:ascii="Arial" w:hAnsi="Arial" w:cs="Arial"/>
                <w:sz w:val="26"/>
                <w:rtl/>
                <w:szCs w:val="26"/>
              </w:rPr>
              <w:t>תִּיק</w:t>
            </w:r>
          </w:p>
        </w:tc>
        <w:tc>
          <w:tcPr>
            <w:tcW w:type="dxa" w:w="2606"/>
          </w:tcPr>
          <w:p>
            <w:pPr>
              <w:bidi/>
              <w:jc w:val="right"/>
            </w:pPr>
            <w:r>
              <w:rPr>
                <w:rFonts w:ascii="Arial" w:hAnsi="Arial" w:cs="Arial"/>
                <w:sz w:val="26"/>
                <w:rtl/>
                <w:szCs w:val="26"/>
              </w:rPr>
              <w:t>school bag</w:t>
            </w:r>
          </w:p>
        </w:tc>
        <w:tc>
          <w:tcPr>
            <w:tcW w:type="dxa" w:w="2606"/>
          </w:tcPr>
          <w:p>
            <w:pPr>
              <w:bidi/>
              <w:jc w:val="right"/>
            </w:pPr>
            <w:r>
              <w:rPr>
                <w:rFonts w:ascii="Arial" w:hAnsi="Arial" w:cs="Arial"/>
                <w:sz w:val="26"/>
                <w:rtl/>
                <w:szCs w:val="26"/>
              </w:rPr>
              <w:t>портфель, сумка</w:t>
            </w:r>
          </w:p>
        </w:tc>
        <w:tc>
          <w:tcPr>
            <w:tcW w:type="dxa" w:w="2606"/>
          </w:tcPr>
          <w:p>
            <w:pPr>
              <w:bidi/>
              <w:jc w:val="right"/>
            </w:pPr>
            <w:r>
              <w:rPr>
                <w:rFonts w:ascii="Arial" w:hAnsi="Arial" w:cs="Arial"/>
                <w:sz w:val="26"/>
                <w:rtl/>
                <w:szCs w:val="26"/>
              </w:rPr>
              <w:t>حقيبة</w:t>
            </w:r>
          </w:p>
        </w:tc>
      </w:tr>
      <w:tr>
        <w:tc>
          <w:tcPr>
            <w:tcW w:type="dxa" w:w="2606"/>
          </w:tcPr>
          <w:p>
            <w:pPr>
              <w:bidi/>
              <w:jc w:val="right"/>
            </w:pPr>
            <w:r>
              <w:rPr>
                <w:rFonts w:ascii="Arial" w:hAnsi="Arial" w:cs="Arial"/>
                <w:sz w:val="26"/>
                <w:rtl/>
                <w:szCs w:val="26"/>
              </w:rPr>
              <w:t>מַחְבֶּרֶת</w:t>
            </w:r>
          </w:p>
        </w:tc>
        <w:tc>
          <w:tcPr>
            <w:tcW w:type="dxa" w:w="2606"/>
          </w:tcPr>
          <w:p>
            <w:pPr>
              <w:bidi/>
              <w:jc w:val="right"/>
            </w:pPr>
            <w:r>
              <w:rPr>
                <w:rFonts w:ascii="Arial" w:hAnsi="Arial" w:cs="Arial"/>
                <w:sz w:val="26"/>
                <w:rtl/>
                <w:szCs w:val="26"/>
              </w:rPr>
              <w:t>notebook</w:t>
            </w:r>
          </w:p>
        </w:tc>
        <w:tc>
          <w:tcPr>
            <w:tcW w:type="dxa" w:w="2606"/>
          </w:tcPr>
          <w:p>
            <w:pPr>
              <w:bidi/>
              <w:jc w:val="right"/>
            </w:pPr>
            <w:r>
              <w:rPr>
                <w:rFonts w:ascii="Arial" w:hAnsi="Arial" w:cs="Arial"/>
                <w:sz w:val="26"/>
                <w:rtl/>
                <w:szCs w:val="26"/>
              </w:rPr>
              <w:t>тетрадь</w:t>
            </w:r>
          </w:p>
        </w:tc>
        <w:tc>
          <w:tcPr>
            <w:tcW w:type="dxa" w:w="2606"/>
          </w:tcPr>
          <w:p>
            <w:pPr>
              <w:bidi/>
              <w:jc w:val="right"/>
            </w:pPr>
            <w:r>
              <w:rPr>
                <w:rFonts w:ascii="Arial" w:hAnsi="Arial" w:cs="Arial"/>
                <w:sz w:val="26"/>
                <w:rtl/>
                <w:szCs w:val="26"/>
              </w:rPr>
              <w:t>دفتر</w:t>
            </w:r>
          </w:p>
        </w:tc>
      </w:tr>
      <w:tr>
        <w:tc>
          <w:tcPr>
            <w:tcW w:type="dxa" w:w="2606"/>
          </w:tcPr>
          <w:p>
            <w:pPr>
              <w:bidi/>
              <w:jc w:val="right"/>
            </w:pPr>
            <w:r>
              <w:rPr>
                <w:rFonts w:ascii="Arial" w:hAnsi="Arial" w:cs="Arial"/>
                <w:sz w:val="26"/>
                <w:rtl/>
                <w:szCs w:val="26"/>
              </w:rPr>
              <w:t>סְפָרִים</w:t>
            </w:r>
          </w:p>
        </w:tc>
        <w:tc>
          <w:tcPr>
            <w:tcW w:type="dxa" w:w="2606"/>
          </w:tcPr>
          <w:p>
            <w:pPr>
              <w:bidi/>
              <w:jc w:val="right"/>
            </w:pPr>
            <w:r>
              <w:rPr>
                <w:rFonts w:ascii="Arial" w:hAnsi="Arial" w:cs="Arial"/>
                <w:sz w:val="26"/>
                <w:rtl/>
                <w:szCs w:val="26"/>
              </w:rPr>
              <w:t>books</w:t>
            </w:r>
          </w:p>
        </w:tc>
        <w:tc>
          <w:tcPr>
            <w:tcW w:type="dxa" w:w="2606"/>
          </w:tcPr>
          <w:p>
            <w:pPr>
              <w:bidi/>
              <w:jc w:val="right"/>
            </w:pPr>
            <w:r>
              <w:rPr>
                <w:rFonts w:ascii="Arial" w:hAnsi="Arial" w:cs="Arial"/>
                <w:sz w:val="26"/>
                <w:rtl/>
                <w:szCs w:val="26"/>
              </w:rPr>
              <w:t>книги</w:t>
            </w:r>
          </w:p>
        </w:tc>
        <w:tc>
          <w:tcPr>
            <w:tcW w:type="dxa" w:w="2606"/>
          </w:tcPr>
          <w:p>
            <w:pPr>
              <w:bidi/>
              <w:jc w:val="right"/>
            </w:pPr>
            <w:r>
              <w:rPr>
                <w:rFonts w:ascii="Arial" w:hAnsi="Arial" w:cs="Arial"/>
                <w:sz w:val="26"/>
                <w:rtl/>
                <w:szCs w:val="26"/>
              </w:rPr>
              <w:t>كتب</w:t>
            </w:r>
          </w:p>
        </w:tc>
      </w:tr>
      <w:tr>
        <w:tc>
          <w:tcPr>
            <w:tcW w:type="dxa" w:w="2606"/>
          </w:tcPr>
          <w:p>
            <w:pPr>
              <w:bidi/>
              <w:jc w:val="right"/>
            </w:pPr>
            <w:r>
              <w:rPr>
                <w:rFonts w:ascii="Arial" w:hAnsi="Arial" w:cs="Arial"/>
                <w:sz w:val="26"/>
                <w:rtl/>
                <w:szCs w:val="26"/>
              </w:rPr>
              <w:t>חַלּוֹן</w:t>
            </w:r>
          </w:p>
        </w:tc>
        <w:tc>
          <w:tcPr>
            <w:tcW w:type="dxa" w:w="2606"/>
          </w:tcPr>
          <w:p>
            <w:pPr>
              <w:bidi/>
              <w:jc w:val="right"/>
            </w:pPr>
            <w:r>
              <w:rPr>
                <w:rFonts w:ascii="Arial" w:hAnsi="Arial" w:cs="Arial"/>
                <w:sz w:val="26"/>
                <w:rtl/>
                <w:szCs w:val="26"/>
              </w:rPr>
              <w:t>window</w:t>
            </w:r>
          </w:p>
        </w:tc>
        <w:tc>
          <w:tcPr>
            <w:tcW w:type="dxa" w:w="2606"/>
          </w:tcPr>
          <w:p>
            <w:pPr>
              <w:bidi/>
              <w:jc w:val="right"/>
            </w:pPr>
            <w:r>
              <w:rPr>
                <w:rFonts w:ascii="Arial" w:hAnsi="Arial" w:cs="Arial"/>
                <w:sz w:val="26"/>
                <w:rtl/>
                <w:szCs w:val="26"/>
              </w:rPr>
              <w:t>окно</w:t>
            </w:r>
          </w:p>
        </w:tc>
        <w:tc>
          <w:tcPr>
            <w:tcW w:type="dxa" w:w="2606"/>
          </w:tcPr>
          <w:p>
            <w:pPr>
              <w:bidi/>
              <w:jc w:val="right"/>
            </w:pPr>
            <w:r>
              <w:rPr>
                <w:rFonts w:ascii="Arial" w:hAnsi="Arial" w:cs="Arial"/>
                <w:sz w:val="26"/>
                <w:rtl/>
                <w:szCs w:val="26"/>
              </w:rPr>
              <w:t>نافذة</w:t>
            </w:r>
          </w:p>
        </w:tc>
      </w:tr>
      <w:tr>
        <w:tc>
          <w:tcPr>
            <w:tcW w:type="dxa" w:w="2606"/>
          </w:tcPr>
          <w:p>
            <w:pPr>
              <w:bidi/>
              <w:jc w:val="right"/>
            </w:pPr>
            <w:r>
              <w:rPr>
                <w:rFonts w:ascii="Arial" w:hAnsi="Arial" w:cs="Arial"/>
                <w:sz w:val="26"/>
                <w:rtl/>
                <w:szCs w:val="26"/>
              </w:rPr>
              <w:t>כִּתָּה</w:t>
            </w:r>
          </w:p>
        </w:tc>
        <w:tc>
          <w:tcPr>
            <w:tcW w:type="dxa" w:w="2606"/>
          </w:tcPr>
          <w:p>
            <w:pPr>
              <w:bidi/>
              <w:jc w:val="right"/>
            </w:pPr>
            <w:r>
              <w:rPr>
                <w:rFonts w:ascii="Arial" w:hAnsi="Arial" w:cs="Arial"/>
                <w:sz w:val="26"/>
                <w:rtl/>
                <w:szCs w:val="26"/>
              </w:rPr>
              <w:t>classroom, class</w:t>
            </w:r>
          </w:p>
        </w:tc>
        <w:tc>
          <w:tcPr>
            <w:tcW w:type="dxa" w:w="2606"/>
          </w:tcPr>
          <w:p>
            <w:pPr>
              <w:bidi/>
              <w:jc w:val="right"/>
            </w:pPr>
            <w:r>
              <w:rPr>
                <w:rFonts w:ascii="Arial" w:hAnsi="Arial" w:cs="Arial"/>
                <w:sz w:val="26"/>
                <w:rtl/>
                <w:szCs w:val="26"/>
              </w:rPr>
              <w:t>класс</w:t>
            </w:r>
          </w:p>
        </w:tc>
        <w:tc>
          <w:tcPr>
            <w:tcW w:type="dxa" w:w="2606"/>
          </w:tcPr>
          <w:p>
            <w:pPr>
              <w:bidi/>
              <w:jc w:val="right"/>
            </w:pPr>
            <w:r>
              <w:rPr>
                <w:rFonts w:ascii="Arial" w:hAnsi="Arial" w:cs="Arial"/>
                <w:sz w:val="26"/>
                <w:rtl/>
                <w:szCs w:val="26"/>
              </w:rPr>
              <w:t>صف</w:t>
            </w:r>
          </w:p>
        </w:tc>
      </w:tr>
      <w:tr>
        <w:tc>
          <w:tcPr>
            <w:tcW w:type="dxa" w:w="2606"/>
          </w:tcPr>
          <w:p>
            <w:pPr>
              <w:bidi/>
              <w:jc w:val="right"/>
            </w:pPr>
            <w:r>
              <w:rPr>
                <w:rFonts w:ascii="Arial" w:hAnsi="Arial" w:cs="Arial"/>
                <w:sz w:val="26"/>
                <w:rtl/>
                <w:szCs w:val="26"/>
              </w:rPr>
              <w:t>מוֹרָה</w:t>
            </w:r>
          </w:p>
        </w:tc>
        <w:tc>
          <w:tcPr>
            <w:tcW w:type="dxa" w:w="2606"/>
          </w:tcPr>
          <w:p>
            <w:pPr>
              <w:bidi/>
              <w:jc w:val="right"/>
            </w:pPr>
            <w:r>
              <w:rPr>
                <w:rFonts w:ascii="Arial" w:hAnsi="Arial" w:cs="Arial"/>
                <w:sz w:val="26"/>
                <w:rtl/>
                <w:szCs w:val="26"/>
              </w:rPr>
              <w:t>teacher (f.)</w:t>
            </w:r>
          </w:p>
        </w:tc>
        <w:tc>
          <w:tcPr>
            <w:tcW w:type="dxa" w:w="2606"/>
          </w:tcPr>
          <w:p>
            <w:pPr>
              <w:bidi/>
              <w:jc w:val="right"/>
            </w:pPr>
            <w:r>
              <w:rPr>
                <w:rFonts w:ascii="Arial" w:hAnsi="Arial" w:cs="Arial"/>
                <w:sz w:val="26"/>
                <w:rtl/>
                <w:szCs w:val="26"/>
              </w:rPr>
              <w:t>учительница</w:t>
            </w:r>
          </w:p>
        </w:tc>
        <w:tc>
          <w:tcPr>
            <w:tcW w:type="dxa" w:w="2606"/>
          </w:tcPr>
          <w:p>
            <w:pPr>
              <w:bidi/>
              <w:jc w:val="right"/>
            </w:pPr>
            <w:r>
              <w:rPr>
                <w:rFonts w:ascii="Arial" w:hAnsi="Arial" w:cs="Arial"/>
                <w:sz w:val="26"/>
                <w:rtl/>
                <w:szCs w:val="26"/>
              </w:rPr>
              <w:t>معلّمة</w:t>
            </w:r>
          </w:p>
        </w:tc>
      </w:tr>
      <w:tr>
        <w:tc>
          <w:tcPr>
            <w:tcW w:type="dxa" w:w="2606"/>
          </w:tcPr>
          <w:p>
            <w:pPr>
              <w:bidi/>
              <w:jc w:val="right"/>
            </w:pPr>
            <w:r>
              <w:rPr>
                <w:rFonts w:ascii="Arial" w:hAnsi="Arial" w:cs="Arial"/>
                <w:sz w:val="26"/>
                <w:rtl/>
                <w:szCs w:val="26"/>
              </w:rPr>
              <w:t>עוֹזְרִים</w:t>
            </w:r>
          </w:p>
        </w:tc>
        <w:tc>
          <w:tcPr>
            <w:tcW w:type="dxa" w:w="2606"/>
          </w:tcPr>
          <w:p>
            <w:pPr>
              <w:bidi/>
              <w:jc w:val="right"/>
            </w:pPr>
            <w:r>
              <w:rPr>
                <w:rFonts w:ascii="Arial" w:hAnsi="Arial" w:cs="Arial"/>
                <w:sz w:val="26"/>
                <w:rtl/>
                <w:szCs w:val="26"/>
              </w:rPr>
              <w:t>help (they)</w:t>
            </w:r>
          </w:p>
        </w:tc>
        <w:tc>
          <w:tcPr>
            <w:tcW w:type="dxa" w:w="2606"/>
          </w:tcPr>
          <w:p>
            <w:pPr>
              <w:bidi/>
              <w:jc w:val="right"/>
            </w:pPr>
            <w:r>
              <w:rPr>
                <w:rFonts w:ascii="Arial" w:hAnsi="Arial" w:cs="Arial"/>
                <w:sz w:val="26"/>
                <w:rtl/>
                <w:szCs w:val="26"/>
              </w:rPr>
              <w:t>помогают</w:t>
            </w:r>
          </w:p>
        </w:tc>
        <w:tc>
          <w:tcPr>
            <w:tcW w:type="dxa" w:w="2606"/>
          </w:tcPr>
          <w:p>
            <w:pPr>
              <w:bidi/>
              <w:jc w:val="right"/>
            </w:pPr>
            <w:r>
              <w:rPr>
                <w:rFonts w:ascii="Arial" w:hAnsi="Arial" w:cs="Arial"/>
                <w:sz w:val="26"/>
                <w:rtl/>
                <w:szCs w:val="26"/>
              </w:rPr>
              <w:t>يساعدون</w:t>
            </w:r>
          </w:p>
        </w:tc>
      </w:tr>
      <w:tr>
        <w:tc>
          <w:tcPr>
            <w:tcW w:type="dxa" w:w="2606"/>
          </w:tcPr>
          <w:p>
            <w:pPr>
              <w:bidi/>
              <w:jc w:val="right"/>
            </w:pPr>
            <w:r>
              <w:rPr>
                <w:rFonts w:ascii="Arial" w:hAnsi="Arial" w:cs="Arial"/>
                <w:sz w:val="26"/>
                <w:rtl/>
                <w:szCs w:val="26"/>
              </w:rPr>
              <w:t>מִלִּים</w:t>
            </w:r>
          </w:p>
        </w:tc>
        <w:tc>
          <w:tcPr>
            <w:tcW w:type="dxa" w:w="2606"/>
          </w:tcPr>
          <w:p>
            <w:pPr>
              <w:bidi/>
              <w:jc w:val="right"/>
            </w:pPr>
            <w:r>
              <w:rPr>
                <w:rFonts w:ascii="Arial" w:hAnsi="Arial" w:cs="Arial"/>
                <w:sz w:val="26"/>
                <w:rtl/>
                <w:szCs w:val="26"/>
              </w:rPr>
              <w:t>words</w:t>
            </w:r>
          </w:p>
        </w:tc>
        <w:tc>
          <w:tcPr>
            <w:tcW w:type="dxa" w:w="2606"/>
          </w:tcPr>
          <w:p>
            <w:pPr>
              <w:bidi/>
              <w:jc w:val="right"/>
            </w:pPr>
            <w:r>
              <w:rPr>
                <w:rFonts w:ascii="Arial" w:hAnsi="Arial" w:cs="Arial"/>
                <w:sz w:val="26"/>
                <w:rtl/>
                <w:szCs w:val="26"/>
              </w:rPr>
              <w:t>слова</w:t>
            </w:r>
          </w:p>
        </w:tc>
        <w:tc>
          <w:tcPr>
            <w:tcW w:type="dxa" w:w="2606"/>
          </w:tcPr>
          <w:p>
            <w:pPr>
              <w:bidi/>
              <w:jc w:val="right"/>
            </w:pPr>
            <w:r>
              <w:rPr>
                <w:rFonts w:ascii="Arial" w:hAnsi="Arial" w:cs="Arial"/>
                <w:sz w:val="26"/>
                <w:rtl/>
                <w:szCs w:val="26"/>
              </w:rPr>
              <w:t>كلمات</w:t>
            </w:r>
          </w:p>
        </w:tc>
      </w:tr>
      <w:tr>
        <w:tc>
          <w:tcPr>
            <w:tcW w:type="dxa" w:w="2606"/>
          </w:tcPr>
          <w:p>
            <w:pPr>
              <w:bidi/>
              <w:jc w:val="right"/>
            </w:pPr>
            <w:r>
              <w:rPr>
                <w:rFonts w:ascii="Arial" w:hAnsi="Arial" w:cs="Arial"/>
                <w:sz w:val="26"/>
                <w:rtl/>
                <w:szCs w:val="26"/>
              </w:rPr>
              <w:t>אֲחָיוֹת</w:t>
            </w:r>
          </w:p>
        </w:tc>
        <w:tc>
          <w:tcPr>
            <w:tcW w:type="dxa" w:w="2606"/>
          </w:tcPr>
          <w:p>
            <w:pPr>
              <w:bidi/>
              <w:jc w:val="right"/>
            </w:pPr>
            <w:r>
              <w:rPr>
                <w:rFonts w:ascii="Arial" w:hAnsi="Arial" w:cs="Arial"/>
                <w:sz w:val="26"/>
                <w:rtl/>
                <w:szCs w:val="26"/>
              </w:rPr>
              <w:t>sisters</w:t>
            </w:r>
          </w:p>
        </w:tc>
        <w:tc>
          <w:tcPr>
            <w:tcW w:type="dxa" w:w="2606"/>
          </w:tcPr>
          <w:p>
            <w:pPr>
              <w:bidi/>
              <w:jc w:val="right"/>
            </w:pPr>
            <w:r>
              <w:rPr>
                <w:rFonts w:ascii="Arial" w:hAnsi="Arial" w:cs="Arial"/>
                <w:sz w:val="26"/>
                <w:rtl/>
                <w:szCs w:val="26"/>
              </w:rPr>
              <w:t>сёстры</w:t>
            </w:r>
          </w:p>
        </w:tc>
        <w:tc>
          <w:tcPr>
            <w:tcW w:type="dxa" w:w="2606"/>
          </w:tcPr>
          <w:p>
            <w:pPr>
              <w:bidi/>
              <w:jc w:val="right"/>
            </w:pPr>
            <w:r>
              <w:rPr>
                <w:rFonts w:ascii="Arial" w:hAnsi="Arial" w:cs="Arial"/>
                <w:sz w:val="26"/>
                <w:rtl/>
                <w:szCs w:val="26"/>
              </w:rPr>
              <w:t>أخوات</w:t>
            </w:r>
          </w:p>
        </w:tc>
      </w:tr>
      <w:tr>
        <w:tc>
          <w:tcPr>
            <w:tcW w:type="dxa" w:w="2606"/>
          </w:tcPr>
          <w:p>
            <w:pPr>
              <w:bidi/>
              <w:jc w:val="right"/>
            </w:pPr>
            <w:r>
              <w:rPr>
                <w:rFonts w:ascii="Arial" w:hAnsi="Arial" w:cs="Arial"/>
                <w:sz w:val="26"/>
                <w:rtl/>
                <w:szCs w:val="26"/>
              </w:rPr>
              <w:t>נֶחְמָדָה</w:t>
            </w:r>
          </w:p>
        </w:tc>
        <w:tc>
          <w:tcPr>
            <w:tcW w:type="dxa" w:w="2606"/>
          </w:tcPr>
          <w:p>
            <w:pPr>
              <w:bidi/>
              <w:jc w:val="right"/>
            </w:pPr>
            <w:r>
              <w:rPr>
                <w:rFonts w:ascii="Arial" w:hAnsi="Arial" w:cs="Arial"/>
                <w:sz w:val="26"/>
                <w:rtl/>
                <w:szCs w:val="26"/>
              </w:rPr>
              <w:t>nice (f.)</w:t>
            </w:r>
          </w:p>
        </w:tc>
        <w:tc>
          <w:tcPr>
            <w:tcW w:type="dxa" w:w="2606"/>
          </w:tcPr>
          <w:p>
            <w:pPr>
              <w:bidi/>
              <w:jc w:val="right"/>
            </w:pPr>
            <w:r>
              <w:rPr>
                <w:rFonts w:ascii="Arial" w:hAnsi="Arial" w:cs="Arial"/>
                <w:sz w:val="26"/>
                <w:rtl/>
                <w:szCs w:val="26"/>
              </w:rPr>
              <w:t>милая</w:t>
            </w:r>
          </w:p>
        </w:tc>
        <w:tc>
          <w:tcPr>
            <w:tcW w:type="dxa" w:w="2606"/>
          </w:tcPr>
          <w:p>
            <w:pPr>
              <w:bidi/>
              <w:jc w:val="right"/>
            </w:pPr>
            <w:r>
              <w:rPr>
                <w:rFonts w:ascii="Arial" w:hAnsi="Arial" w:cs="Arial"/>
                <w:sz w:val="26"/>
                <w:rtl/>
                <w:szCs w:val="26"/>
              </w:rPr>
              <w:t>لطيفة</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8"/>
          <w:rtl/>
          <w:szCs w:val="28"/>
        </w:rPr>
        <w:t>משהו אחד שלמדתי היום: ______________________</w:t>
      </w:r>
    </w:p>
    <w:p>
      <w:pPr>
        <w:bidi/>
        <w:jc w:val="right"/>
      </w:pPr>
      <w:r>
        <w:rPr>
          <w:rFonts w:ascii="Arial" w:hAnsi="Arial" w:cs="Arial"/>
          <w:sz w:val="28"/>
          <w:rtl/>
          <w:szCs w:val="28"/>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לשון · יסודי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